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53D6" w14:textId="77777777" w:rsidR="00120B70" w:rsidRPr="00017638" w:rsidRDefault="00000000" w:rsidP="00120B70">
      <w:pPr>
        <w:spacing w:after="0" w:line="360" w:lineRule="auto"/>
        <w:jc w:val="center"/>
        <w:rPr>
          <w:rFonts w:asciiTheme="minorHAnsi" w:hAnsiTheme="minorHAnsi" w:cs="Times New Roman"/>
          <w:b/>
          <w:color w:val="2B6CB0"/>
          <w:szCs w:val="21"/>
        </w:rPr>
      </w:pPr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PROGRAMMA MOBILITÀ </w:t>
      </w:r>
      <w:r w:rsidR="00376346" w:rsidRPr="00017638">
        <w:rPr>
          <w:rFonts w:asciiTheme="minorHAnsi" w:hAnsiTheme="minorHAnsi" w:cs="Times New Roman"/>
          <w:b/>
          <w:color w:val="2B6CB0"/>
          <w:szCs w:val="21"/>
        </w:rPr>
        <w:t>ESPERTI</w:t>
      </w:r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 ER</w:t>
      </w:r>
      <w:r w:rsidR="00376346" w:rsidRPr="00017638">
        <w:rPr>
          <w:rFonts w:asciiTheme="minorHAnsi" w:hAnsiTheme="minorHAnsi" w:cs="Times New Roman"/>
          <w:b/>
          <w:color w:val="2B6CB0"/>
          <w:szCs w:val="21"/>
        </w:rPr>
        <w:t>A</w:t>
      </w:r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SMUS+ </w:t>
      </w:r>
    </w:p>
    <w:p w14:paraId="35C2A707" w14:textId="6AECBA18" w:rsidR="007C2459" w:rsidRPr="00017638" w:rsidRDefault="007C2459" w:rsidP="007C2459">
      <w:pPr>
        <w:spacing w:after="0" w:line="360" w:lineRule="auto"/>
        <w:jc w:val="center"/>
        <w:rPr>
          <w:rFonts w:asciiTheme="minorHAnsi" w:hAnsiTheme="minorHAnsi" w:cs="Times New Roman"/>
          <w:b/>
          <w:color w:val="2B6CB0"/>
          <w:szCs w:val="21"/>
        </w:rPr>
      </w:pPr>
      <w:r w:rsidRPr="00017638">
        <w:rPr>
          <w:rFonts w:asciiTheme="minorHAnsi" w:hAnsiTheme="minorHAnsi" w:cs="Times New Roman"/>
          <w:b/>
          <w:color w:val="2B6CB0"/>
          <w:szCs w:val="21"/>
        </w:rPr>
        <w:t>9-12 Novembre 2026</w:t>
      </w:r>
    </w:p>
    <w:p w14:paraId="0664274A" w14:textId="4C20264B" w:rsidR="0042599D" w:rsidRDefault="0042599D" w:rsidP="0057350A">
      <w:pPr>
        <w:jc w:val="center"/>
        <w:rPr>
          <w:rFonts w:asciiTheme="minorHAnsi" w:hAnsiTheme="minorHAnsi" w:cs="Times New Roman"/>
          <w:szCs w:val="21"/>
        </w:rPr>
      </w:pPr>
      <w:r w:rsidRPr="00017638">
        <w:rPr>
          <w:rFonts w:asciiTheme="minorHAnsi" w:hAnsiTheme="minorHAnsi" w:cs="Times New Roman"/>
          <w:szCs w:val="21"/>
        </w:rPr>
        <w:t xml:space="preserve">Istituto </w:t>
      </w:r>
      <w:proofErr w:type="spellStart"/>
      <w:r w:rsidRPr="00017638">
        <w:rPr>
          <w:rFonts w:asciiTheme="minorHAnsi" w:hAnsiTheme="minorHAnsi" w:cs="Times New Roman"/>
          <w:szCs w:val="21"/>
        </w:rPr>
        <w:t>Comprensivo</w:t>
      </w:r>
      <w:proofErr w:type="spellEnd"/>
      <w:r w:rsidRPr="00017638">
        <w:rPr>
          <w:rFonts w:asciiTheme="minorHAnsi" w:hAnsiTheme="minorHAnsi" w:cs="Times New Roman"/>
          <w:szCs w:val="21"/>
        </w:rPr>
        <w:t xml:space="preserve"> </w:t>
      </w:r>
      <w:r w:rsidR="0057350A">
        <w:rPr>
          <w:rFonts w:asciiTheme="minorHAnsi" w:hAnsiTheme="minorHAnsi" w:cs="Times New Roman"/>
          <w:szCs w:val="21"/>
        </w:rPr>
        <w:t xml:space="preserve">Loredana </w:t>
      </w:r>
      <w:proofErr w:type="spellStart"/>
      <w:r w:rsidR="0057350A">
        <w:rPr>
          <w:rFonts w:asciiTheme="minorHAnsi" w:hAnsiTheme="minorHAnsi" w:cs="Times New Roman"/>
          <w:szCs w:val="21"/>
        </w:rPr>
        <w:t>Campanari-Monterotondo</w:t>
      </w:r>
      <w:proofErr w:type="spellEnd"/>
      <w:r w:rsidR="0057350A">
        <w:rPr>
          <w:rFonts w:asciiTheme="minorHAnsi" w:hAnsiTheme="minorHAnsi" w:cs="Times New Roman"/>
          <w:szCs w:val="21"/>
        </w:rPr>
        <w:t xml:space="preserve"> (RM)-Italia</w:t>
      </w:r>
    </w:p>
    <w:p w14:paraId="2F0BDA98" w14:textId="77777777" w:rsidR="0057350A" w:rsidRPr="0057350A" w:rsidRDefault="0057350A" w:rsidP="0057350A">
      <w:pPr>
        <w:spacing w:after="0" w:line="360" w:lineRule="auto"/>
        <w:jc w:val="center"/>
        <w:rPr>
          <w:rFonts w:ascii="Times New Roman" w:hAnsi="Times New Roman" w:cs="Times New Roman"/>
          <w:b/>
          <w:color w:val="2B6CB0"/>
          <w:sz w:val="22"/>
        </w:rPr>
      </w:pPr>
      <w:r w:rsidRPr="0057350A">
        <w:rPr>
          <w:rFonts w:ascii="Times New Roman" w:hAnsi="Times New Roman" w:cs="Times New Roman"/>
          <w:b/>
          <w:color w:val="2B6CB0"/>
          <w:sz w:val="22"/>
        </w:rPr>
        <w:t>2025-1-IT02-KA121-SCH-000320530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00336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42599D" w:rsidRPr="00017638" w14:paraId="4F824929" w14:textId="77777777" w:rsidTr="00710A95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B3CD1" w14:textId="77777777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Tipologia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 xml:space="preserve"> di </w:t>
            </w: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attività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: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F8F957" w14:textId="77777777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proofErr w:type="gram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Invited Experts</w:t>
            </w:r>
            <w:proofErr w:type="gram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(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Esperti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Invitati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)</w:t>
            </w:r>
          </w:p>
        </w:tc>
      </w:tr>
      <w:tr w:rsidR="0042599D" w:rsidRPr="00017638" w14:paraId="55F81C76" w14:textId="77777777" w:rsidTr="00710A95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D7978" w14:textId="77777777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Istituzione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Ospitante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: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69C6AF" w14:textId="66B3BCFC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Istituto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Comprensivo</w:t>
            </w:r>
            <w:proofErr w:type="spellEnd"/>
            <w:r w:rsidR="008F744F">
              <w:rPr>
                <w:rFonts w:asciiTheme="minorHAnsi" w:hAnsiTheme="minorHAnsi" w:cs="Times New Roman"/>
                <w:color w:val="333333"/>
                <w:szCs w:val="21"/>
              </w:rPr>
              <w:t xml:space="preserve"> Loredana </w:t>
            </w:r>
            <w:proofErr w:type="spellStart"/>
            <w:r w:rsidR="008F744F">
              <w:rPr>
                <w:rFonts w:asciiTheme="minorHAnsi" w:hAnsiTheme="minorHAnsi" w:cs="Times New Roman"/>
                <w:color w:val="333333"/>
                <w:szCs w:val="21"/>
              </w:rPr>
              <w:t>Campanari</w:t>
            </w:r>
            <w:proofErr w:type="spellEnd"/>
          </w:p>
        </w:tc>
      </w:tr>
      <w:tr w:rsidR="0042599D" w:rsidRPr="00017638" w14:paraId="0E1B2BDF" w14:textId="77777777" w:rsidTr="00710A95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8C27F" w14:textId="77777777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Durata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: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A3DA2" w14:textId="066B3BA7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4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Giorni</w:t>
            </w:r>
            <w:proofErr w:type="spellEnd"/>
          </w:p>
        </w:tc>
      </w:tr>
      <w:tr w:rsidR="0042599D" w:rsidRPr="00017638" w14:paraId="5686435B" w14:textId="77777777" w:rsidTr="00710A95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6ED072" w14:textId="77777777" w:rsidR="0042599D" w:rsidRPr="00017638" w:rsidRDefault="0042599D" w:rsidP="00710A95">
            <w:pPr>
              <w:rPr>
                <w:rFonts w:asciiTheme="minorHAnsi" w:hAnsiTheme="minorHAnsi" w:cs="Times New Roman"/>
                <w:szCs w:val="21"/>
              </w:rPr>
            </w:pP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Ambito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 xml:space="preserve"> e </w:t>
            </w:r>
            <w:proofErr w:type="spellStart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Tematica</w:t>
            </w:r>
            <w:proofErr w:type="spellEnd"/>
            <w:r w:rsidRPr="00017638">
              <w:rPr>
                <w:rFonts w:asciiTheme="minorHAnsi" w:hAnsiTheme="minorHAnsi" w:cs="Times New Roman"/>
                <w:b/>
                <w:color w:val="003366"/>
                <w:szCs w:val="21"/>
              </w:rPr>
              <w:t>: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F755E" w14:textId="79E8334F" w:rsidR="0042599D" w:rsidRPr="00017638" w:rsidRDefault="0042599D" w:rsidP="003F22CD">
            <w:pPr>
              <w:jc w:val="both"/>
              <w:rPr>
                <w:rFonts w:asciiTheme="minorHAnsi" w:hAnsiTheme="minorHAnsi" w:cs="Times New Roman"/>
                <w:szCs w:val="21"/>
              </w:rPr>
            </w:pP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Innovazione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Metodologica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e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curriculare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,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internazionalizzazione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,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formazione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professionale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continua per il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personale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docente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dell’Istituto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Comprensivo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(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scuola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infanzia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,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primaria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e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secondaria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 di primo </w:t>
            </w:r>
            <w:proofErr w:type="spellStart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>grado</w:t>
            </w:r>
            <w:proofErr w:type="spellEnd"/>
            <w:r w:rsidRPr="00017638">
              <w:rPr>
                <w:rFonts w:asciiTheme="minorHAnsi" w:hAnsiTheme="minorHAnsi" w:cs="Times New Roman"/>
                <w:color w:val="333333"/>
                <w:szCs w:val="21"/>
              </w:rPr>
              <w:t xml:space="preserve">) </w:t>
            </w:r>
          </w:p>
        </w:tc>
      </w:tr>
    </w:tbl>
    <w:p w14:paraId="2EC15367" w14:textId="7C32970D" w:rsidR="00E07147" w:rsidRPr="0057350A" w:rsidRDefault="00C27510" w:rsidP="0057350A">
      <w:pPr>
        <w:spacing w:before="240" w:after="0"/>
        <w:jc w:val="both"/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</w:pPr>
      <w:proofErr w:type="spellStart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Nell’ambito</w:t>
      </w:r>
      <w:proofErr w:type="spellEnd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della </w:t>
      </w:r>
      <w:proofErr w:type="spellStart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convenzione</w:t>
      </w:r>
      <w:proofErr w:type="spellEnd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</w:t>
      </w:r>
      <w:proofErr w:type="spellStart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relativa</w:t>
      </w:r>
      <w:proofErr w:type="spellEnd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al </w:t>
      </w:r>
      <w:proofErr w:type="spellStart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progetto</w:t>
      </w:r>
      <w:proofErr w:type="spellEnd"/>
      <w:r w:rsidR="0057350A"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2025-1-IT02-KA121-SCH-000320530</w:t>
      </w:r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, la </w:t>
      </w:r>
      <w:proofErr w:type="spellStart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mobilità</w:t>
      </w:r>
      <w:proofErr w:type="spellEnd"/>
      <w:r w:rsidRPr="0057350A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in entrata delle docenti esperte provenienti dalla Finlandia concorre al raggiungimento degli obiettivi del Piano Erasmus+, con particolare riferimento ai seguenti ambiti:</w:t>
      </w:r>
    </w:p>
    <w:p w14:paraId="49A96A30" w14:textId="77777777" w:rsidR="00A12FBA" w:rsidRPr="00017638" w:rsidRDefault="00000000" w:rsidP="0057350A">
      <w:pPr>
        <w:pStyle w:val="Puntoelenco"/>
        <w:spacing w:after="60"/>
        <w:jc w:val="both"/>
        <w:rPr>
          <w:rFonts w:asciiTheme="minorHAnsi" w:hAnsiTheme="minorHAnsi" w:cs="Times New Roman"/>
          <w:szCs w:val="21"/>
        </w:rPr>
      </w:pPr>
      <w:proofErr w:type="spellStart"/>
      <w:r w:rsidRPr="00017638">
        <w:rPr>
          <w:rFonts w:asciiTheme="minorHAnsi" w:hAnsiTheme="minorHAnsi" w:cs="Times New Roman"/>
          <w:b/>
          <w:color w:val="2B6CB0"/>
          <w:szCs w:val="21"/>
        </w:rPr>
        <w:t>Innovazione</w:t>
      </w:r>
      <w:proofErr w:type="spellEnd"/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 </w:t>
      </w:r>
      <w:proofErr w:type="spellStart"/>
      <w:r w:rsidRPr="00017638">
        <w:rPr>
          <w:rFonts w:asciiTheme="minorHAnsi" w:hAnsiTheme="minorHAnsi" w:cs="Times New Roman"/>
          <w:b/>
          <w:color w:val="2B6CB0"/>
          <w:szCs w:val="21"/>
        </w:rPr>
        <w:t>metodologica</w:t>
      </w:r>
      <w:proofErr w:type="spellEnd"/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 e </w:t>
      </w:r>
      <w:proofErr w:type="spellStart"/>
      <w:r w:rsidRPr="00017638">
        <w:rPr>
          <w:rFonts w:asciiTheme="minorHAnsi" w:hAnsiTheme="minorHAnsi" w:cs="Times New Roman"/>
          <w:b/>
          <w:color w:val="2B6CB0"/>
          <w:szCs w:val="21"/>
        </w:rPr>
        <w:t>curricolare</w:t>
      </w:r>
      <w:proofErr w:type="spellEnd"/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: </w:t>
      </w:r>
      <w:r w:rsidRPr="00017638">
        <w:rPr>
          <w:rFonts w:asciiTheme="minorHAnsi" w:hAnsiTheme="minorHAnsi" w:cs="Times New Roman"/>
          <w:szCs w:val="21"/>
        </w:rPr>
        <w:t>adozione di pratiche didattiche ispirate al modello educativo finlandese (apprendimento esperienziale, centralità dell'alunno, didattica laboratoriale e inclusiva).</w:t>
      </w:r>
    </w:p>
    <w:p w14:paraId="035B9021" w14:textId="77777777" w:rsidR="00A12FBA" w:rsidRPr="00017638" w:rsidRDefault="00000000" w:rsidP="00C27510">
      <w:pPr>
        <w:pStyle w:val="Puntoelenco"/>
        <w:spacing w:after="60"/>
        <w:jc w:val="both"/>
        <w:rPr>
          <w:rFonts w:asciiTheme="minorHAnsi" w:hAnsiTheme="minorHAnsi" w:cs="Times New Roman"/>
          <w:szCs w:val="21"/>
        </w:rPr>
      </w:pPr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Internazionalizzazione e dimensione europea: </w:t>
      </w:r>
      <w:r w:rsidRPr="00017638">
        <w:rPr>
          <w:rFonts w:asciiTheme="minorHAnsi" w:hAnsiTheme="minorHAnsi" w:cs="Times New Roman"/>
          <w:szCs w:val="21"/>
        </w:rPr>
        <w:t>apertura della comunità scolastica al confronto interculturale e allo scambio di buone pratiche di insegnamento/apprendimento.</w:t>
      </w:r>
    </w:p>
    <w:p w14:paraId="6AB4E98C" w14:textId="602EF7F4" w:rsidR="00C27510" w:rsidRPr="00017638" w:rsidRDefault="00000000" w:rsidP="00C27510">
      <w:pPr>
        <w:pStyle w:val="Puntoelenco"/>
        <w:spacing w:after="60"/>
        <w:jc w:val="both"/>
        <w:rPr>
          <w:rFonts w:asciiTheme="minorHAnsi" w:hAnsiTheme="minorHAnsi" w:cs="Times New Roman"/>
          <w:szCs w:val="21"/>
        </w:rPr>
      </w:pPr>
      <w:proofErr w:type="spellStart"/>
      <w:r w:rsidRPr="00017638">
        <w:rPr>
          <w:rFonts w:asciiTheme="minorHAnsi" w:hAnsiTheme="minorHAnsi" w:cs="Times New Roman"/>
          <w:b/>
          <w:color w:val="2B6CB0"/>
          <w:szCs w:val="21"/>
        </w:rPr>
        <w:t>Sviluppo</w:t>
      </w:r>
      <w:proofErr w:type="spellEnd"/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 </w:t>
      </w:r>
      <w:proofErr w:type="spellStart"/>
      <w:r w:rsidRPr="00017638">
        <w:rPr>
          <w:rFonts w:asciiTheme="minorHAnsi" w:hAnsiTheme="minorHAnsi" w:cs="Times New Roman"/>
          <w:b/>
          <w:color w:val="2B6CB0"/>
          <w:szCs w:val="21"/>
        </w:rPr>
        <w:t>professionale</w:t>
      </w:r>
      <w:proofErr w:type="spellEnd"/>
      <w:r w:rsidRPr="00017638">
        <w:rPr>
          <w:rFonts w:asciiTheme="minorHAnsi" w:hAnsiTheme="minorHAnsi" w:cs="Times New Roman"/>
          <w:b/>
          <w:color w:val="2B6CB0"/>
          <w:szCs w:val="21"/>
        </w:rPr>
        <w:t xml:space="preserve"> continuo: </w:t>
      </w:r>
      <w:proofErr w:type="spellStart"/>
      <w:r w:rsidRPr="00017638">
        <w:rPr>
          <w:rFonts w:asciiTheme="minorHAnsi" w:hAnsiTheme="minorHAnsi" w:cs="Times New Roman"/>
          <w:szCs w:val="21"/>
        </w:rPr>
        <w:t>formazione</w:t>
      </w:r>
      <w:proofErr w:type="spellEnd"/>
      <w:r w:rsidRPr="00017638">
        <w:rPr>
          <w:rFonts w:asciiTheme="minorHAnsi" w:hAnsiTheme="minorHAnsi" w:cs="Times New Roman"/>
          <w:szCs w:val="21"/>
        </w:rPr>
        <w:t xml:space="preserve"> </w:t>
      </w:r>
      <w:proofErr w:type="spellStart"/>
      <w:r w:rsidRPr="00017638">
        <w:rPr>
          <w:rFonts w:asciiTheme="minorHAnsi" w:hAnsiTheme="minorHAnsi" w:cs="Times New Roman"/>
          <w:szCs w:val="21"/>
        </w:rPr>
        <w:t>mirata</w:t>
      </w:r>
      <w:proofErr w:type="spellEnd"/>
      <w:r w:rsidRPr="00017638">
        <w:rPr>
          <w:rFonts w:asciiTheme="minorHAnsi" w:hAnsiTheme="minorHAnsi" w:cs="Times New Roman"/>
          <w:szCs w:val="21"/>
        </w:rPr>
        <w:t xml:space="preserve"> </w:t>
      </w:r>
      <w:proofErr w:type="spellStart"/>
      <w:r w:rsidRPr="00017638">
        <w:rPr>
          <w:rFonts w:asciiTheme="minorHAnsi" w:hAnsiTheme="minorHAnsi" w:cs="Times New Roman"/>
          <w:szCs w:val="21"/>
        </w:rPr>
        <w:t>rivolte</w:t>
      </w:r>
      <w:proofErr w:type="spellEnd"/>
      <w:r w:rsidRPr="00017638">
        <w:rPr>
          <w:rFonts w:asciiTheme="minorHAnsi" w:hAnsiTheme="minorHAnsi" w:cs="Times New Roman"/>
          <w:szCs w:val="21"/>
        </w:rPr>
        <w:t xml:space="preserve"> </w:t>
      </w:r>
      <w:proofErr w:type="gramStart"/>
      <w:r w:rsidRPr="00017638">
        <w:rPr>
          <w:rFonts w:asciiTheme="minorHAnsi" w:hAnsiTheme="minorHAnsi" w:cs="Times New Roman"/>
          <w:szCs w:val="21"/>
        </w:rPr>
        <w:t xml:space="preserve">al </w:t>
      </w:r>
      <w:proofErr w:type="spellStart"/>
      <w:r w:rsidRPr="00017638">
        <w:rPr>
          <w:rFonts w:asciiTheme="minorHAnsi" w:hAnsiTheme="minorHAnsi" w:cs="Times New Roman"/>
          <w:szCs w:val="21"/>
        </w:rPr>
        <w:t>personale</w:t>
      </w:r>
      <w:proofErr w:type="spellEnd"/>
      <w:proofErr w:type="gramEnd"/>
      <w:r w:rsidRPr="00017638">
        <w:rPr>
          <w:rFonts w:asciiTheme="minorHAnsi" w:hAnsiTheme="minorHAnsi" w:cs="Times New Roman"/>
          <w:szCs w:val="21"/>
        </w:rPr>
        <w:t xml:space="preserve"> </w:t>
      </w:r>
      <w:proofErr w:type="spellStart"/>
      <w:r w:rsidRPr="00017638">
        <w:rPr>
          <w:rFonts w:asciiTheme="minorHAnsi" w:hAnsiTheme="minorHAnsi" w:cs="Times New Roman"/>
          <w:szCs w:val="21"/>
        </w:rPr>
        <w:t>docente</w:t>
      </w:r>
      <w:proofErr w:type="spellEnd"/>
      <w:r w:rsidRPr="00017638">
        <w:rPr>
          <w:rFonts w:asciiTheme="minorHAnsi" w:hAnsiTheme="minorHAnsi" w:cs="Times New Roman"/>
          <w:szCs w:val="21"/>
        </w:rPr>
        <w:t xml:space="preserve"> </w:t>
      </w:r>
      <w:proofErr w:type="spellStart"/>
      <w:r w:rsidRPr="00017638">
        <w:rPr>
          <w:rFonts w:asciiTheme="minorHAnsi" w:hAnsiTheme="minorHAnsi" w:cs="Times New Roman"/>
          <w:szCs w:val="21"/>
        </w:rPr>
        <w:t>dell'istituto</w:t>
      </w:r>
      <w:proofErr w:type="spellEnd"/>
      <w:r w:rsidRPr="00017638">
        <w:rPr>
          <w:rFonts w:asciiTheme="minorHAnsi" w:hAnsiTheme="minorHAnsi" w:cs="Times New Roman"/>
          <w:szCs w:val="21"/>
        </w:rPr>
        <w:t>.</w:t>
      </w:r>
    </w:p>
    <w:p w14:paraId="1EE15BA2" w14:textId="6E36F66C" w:rsidR="00696211" w:rsidRPr="00017638" w:rsidRDefault="0042599D" w:rsidP="00B843E0">
      <w:pPr>
        <w:spacing w:after="80"/>
        <w:jc w:val="both"/>
        <w:rPr>
          <w:rFonts w:asciiTheme="minorHAnsi" w:hAnsiTheme="minorHAnsi" w:cs="Times New Roman"/>
          <w:szCs w:val="21"/>
        </w:rPr>
      </w:pPr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La </w:t>
      </w:r>
      <w:proofErr w:type="spellStart"/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collaborazione</w:t>
      </w:r>
      <w:proofErr w:type="spellEnd"/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de</w:t>
      </w:r>
      <w:proofErr w:type="spellStart"/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>lle</w:t>
      </w:r>
      <w:proofErr w:type="spellEnd"/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docenti esperte </w:t>
      </w:r>
      <w:r w:rsidR="0057350A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>finlandesi</w:t>
      </w:r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presso l’Istituto Comprensivo</w:t>
      </w:r>
      <w:r w:rsidR="0057350A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Loredana Campanari</w:t>
      </w:r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rappresenta un’opportunità di crescita professionale per l’intero corpo docente. </w:t>
      </w:r>
      <w:r w:rsidR="0057350A"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>La formazione</w:t>
      </w:r>
      <w:r w:rsidR="007B2369"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</w:t>
      </w:r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non resta limitata ai pochi insegnanti in mobilità uscente: la presenza delle </w:t>
      </w:r>
      <w:r w:rsidR="007B2369"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>colleghe</w:t>
      </w:r>
      <w:r w:rsidR="0057350A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finlandesi </w:t>
      </w:r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presso la scuola </w:t>
      </w:r>
      <w:r w:rsidR="0057350A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>IC L. Campanari</w:t>
      </w:r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consente a un numero ampio e diversificato di docenti (</w:t>
      </w:r>
      <w:r w:rsidR="006C0D63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>curriculari,</w:t>
      </w:r>
      <w:r w:rsidRPr="00017638">
        <w:rPr>
          <w:rFonts w:asciiTheme="minorHAnsi" w:hAnsiTheme="minorHAnsi" w:cs="Times New Roman"/>
          <w:kern w:val="2"/>
          <w:szCs w:val="21"/>
          <w:lang w:val="it-IT" w:eastAsia="it-IT"/>
          <w14:ligatures w14:val="standardContextual"/>
        </w:rPr>
        <w:t xml:space="preserve"> di sostegno e dei diversi </w:t>
      </w:r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plessi) di osservare direttamente in aula metodologie didattiche di altre realtà europee, senza dover affrontare i costi, i tempi e gli ostacoli organizzativi di una mobilità all’estero.</w:t>
      </w:r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La formazione professionale, attraverso la dimostrazione in contesto, acquista un valore di maggiore inclusività</w:t>
      </w:r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, diversifica</w:t>
      </w:r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zione e diffusione. Il </w:t>
      </w:r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confronto con le esperte</w:t>
      </w:r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,</w:t>
      </w:r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la co-progettazione di attività favoriscono il trasferimento delle buone pratiche nei diversi contesti classe</w:t>
      </w:r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e</w:t>
      </w:r>
      <w:r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rafforzano la collaborazione tra i</w:t>
      </w:r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docenti dei diversi ordini di scuola,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consolidando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la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comunità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scolastica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verso un’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innovazione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didattica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anche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dopo la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conclusione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 xml:space="preserve"> del </w:t>
      </w:r>
      <w:proofErr w:type="spellStart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progetto</w:t>
      </w:r>
      <w:proofErr w:type="spellEnd"/>
      <w:r w:rsidR="007B2369" w:rsidRPr="00017638">
        <w:rPr>
          <w:rFonts w:asciiTheme="minorHAnsi" w:hAnsiTheme="minorHAnsi" w:cs="Times New Roman"/>
          <w:kern w:val="2"/>
          <w:szCs w:val="21"/>
          <w:lang w:eastAsia="it-IT"/>
          <w14:ligatures w14:val="standardContextual"/>
        </w:rPr>
        <w:t>.</w:t>
      </w:r>
    </w:p>
    <w:p w14:paraId="772B6B57" w14:textId="77777777" w:rsidR="00017638" w:rsidRPr="00017638" w:rsidRDefault="00017638" w:rsidP="00017638">
      <w:pPr>
        <w:keepNext/>
        <w:spacing w:before="280" w:after="80"/>
        <w:rPr>
          <w:rFonts w:asciiTheme="minorHAnsi" w:hAnsiTheme="minorHAnsi" w:cs="Segoe UI Emoji"/>
          <w:b/>
          <w:color w:val="2980B9"/>
          <w:szCs w:val="21"/>
        </w:rPr>
      </w:pPr>
      <w:r w:rsidRPr="00017638">
        <w:rPr>
          <w:rFonts w:ascii="Segoe UI Emoji" w:hAnsi="Segoe UI Emoji" w:cs="Segoe UI Emoji"/>
          <w:b/>
          <w:color w:val="2980B9"/>
          <w:szCs w:val="21"/>
        </w:rPr>
        <w:lastRenderedPageBreak/>
        <w:t>📅</w:t>
      </w:r>
      <w:r w:rsidRPr="00017638">
        <w:rPr>
          <w:rFonts w:asciiTheme="minorHAnsi" w:hAnsiTheme="minorHAnsi" w:cs="Segoe UI Emoji"/>
          <w:b/>
          <w:color w:val="2980B9"/>
          <w:szCs w:val="21"/>
        </w:rPr>
        <w:t xml:space="preserve"> </w:t>
      </w:r>
      <w:proofErr w:type="spellStart"/>
      <w:r w:rsidRPr="00017638">
        <w:rPr>
          <w:rFonts w:asciiTheme="minorHAnsi" w:hAnsiTheme="minorHAnsi" w:cs="Segoe UI Emoji"/>
          <w:b/>
          <w:color w:val="2980B9"/>
          <w:szCs w:val="21"/>
        </w:rPr>
        <w:t>Programma</w:t>
      </w:r>
      <w:proofErr w:type="spellEnd"/>
      <w:r w:rsidRPr="00017638">
        <w:rPr>
          <w:rFonts w:asciiTheme="minorHAnsi" w:hAnsiTheme="minorHAnsi" w:cs="Segoe UI Emoji"/>
          <w:b/>
          <w:color w:val="2980B9"/>
          <w:szCs w:val="21"/>
        </w:rPr>
        <w:t xml:space="preserve"> </w:t>
      </w:r>
      <w:proofErr w:type="spellStart"/>
      <w:r w:rsidRPr="00017638">
        <w:rPr>
          <w:rFonts w:asciiTheme="minorHAnsi" w:hAnsiTheme="minorHAnsi" w:cs="Segoe UI Emoji"/>
          <w:b/>
          <w:color w:val="2980B9"/>
          <w:szCs w:val="21"/>
        </w:rPr>
        <w:t>Dettagliato</w:t>
      </w:r>
      <w:proofErr w:type="spellEnd"/>
      <w:r w:rsidRPr="00017638">
        <w:rPr>
          <w:rFonts w:asciiTheme="minorHAnsi" w:hAnsiTheme="minorHAnsi" w:cs="Segoe UI Emoji"/>
          <w:b/>
          <w:color w:val="2980B9"/>
          <w:szCs w:val="21"/>
        </w:rPr>
        <w:t xml:space="preserve"> delle Giornate (9 - 12 Novembre 2026)</w:t>
      </w:r>
    </w:p>
    <w:p w14:paraId="78FDA9CA" w14:textId="77777777" w:rsidR="00017638" w:rsidRDefault="00DD7C48" w:rsidP="00017638">
      <w:pPr>
        <w:keepNext/>
        <w:spacing w:before="280" w:after="0"/>
        <w:rPr>
          <w:rFonts w:asciiTheme="minorHAnsi" w:hAnsiTheme="minorHAnsi"/>
          <w:b/>
          <w:color w:val="2980B9"/>
          <w:szCs w:val="21"/>
        </w:rPr>
      </w:pPr>
      <w:r w:rsidRPr="00017638">
        <w:rPr>
          <w:rFonts w:ascii="Segoe UI Emoji" w:hAnsi="Segoe UI Emoji" w:cs="Segoe UI Emoji"/>
          <w:b/>
          <w:color w:val="2980B9"/>
          <w:szCs w:val="21"/>
        </w:rPr>
        <w:t>🟢</w:t>
      </w:r>
      <w:r w:rsidRPr="00017638">
        <w:rPr>
          <w:rFonts w:asciiTheme="minorHAnsi" w:hAnsiTheme="minorHAnsi"/>
          <w:b/>
          <w:color w:val="2980B9"/>
          <w:szCs w:val="21"/>
        </w:rPr>
        <w:t xml:space="preserve"> GIORNO 1 | 9 Novembre 2026 </w:t>
      </w:r>
    </w:p>
    <w:p w14:paraId="09D723F0" w14:textId="77777777" w:rsidR="00017638" w:rsidRDefault="00017638" w:rsidP="00017638">
      <w:pPr>
        <w:keepNext/>
        <w:spacing w:after="120"/>
        <w:rPr>
          <w:rFonts w:ascii="Calibri" w:hAnsi="Calibri"/>
          <w:i/>
          <w:color w:val="646464"/>
          <w:sz w:val="20"/>
        </w:rPr>
      </w:pPr>
      <w:proofErr w:type="spellStart"/>
      <w:r>
        <w:rPr>
          <w:rFonts w:ascii="Calibri" w:hAnsi="Calibri"/>
          <w:i/>
          <w:color w:val="646464"/>
          <w:sz w:val="20"/>
        </w:rPr>
        <w:t>Accoglienza</w:t>
      </w:r>
      <w:proofErr w:type="spellEnd"/>
      <w:r>
        <w:rPr>
          <w:rFonts w:ascii="Calibri" w:hAnsi="Calibri"/>
          <w:i/>
          <w:color w:val="646464"/>
          <w:sz w:val="20"/>
        </w:rPr>
        <w:t xml:space="preserve"> e Avvio della </w:t>
      </w:r>
      <w:proofErr w:type="spellStart"/>
      <w:r>
        <w:rPr>
          <w:rFonts w:ascii="Calibri" w:hAnsi="Calibri"/>
          <w:i/>
          <w:color w:val="646464"/>
          <w:sz w:val="20"/>
        </w:rPr>
        <w:t>Mobilità</w:t>
      </w:r>
      <w:proofErr w:type="spellEnd"/>
      <w:r>
        <w:rPr>
          <w:rFonts w:ascii="Calibri" w:hAnsi="Calibri"/>
          <w:i/>
          <w:color w:val="646464"/>
          <w:sz w:val="20"/>
        </w:rPr>
        <w:t xml:space="preserve"> </w:t>
      </w:r>
      <w:proofErr w:type="spellStart"/>
      <w:r>
        <w:rPr>
          <w:rFonts w:ascii="Calibri" w:hAnsi="Calibri"/>
          <w:i/>
          <w:color w:val="646464"/>
          <w:sz w:val="20"/>
        </w:rPr>
        <w:t>Esperte</w:t>
      </w:r>
      <w:proofErr w:type="spellEnd"/>
      <w:r>
        <w:rPr>
          <w:rFonts w:ascii="Calibri" w:hAnsi="Calibri"/>
          <w:i/>
          <w:color w:val="646464"/>
          <w:sz w:val="20"/>
        </w:rPr>
        <w:t xml:space="preserve"> </w:t>
      </w:r>
      <w:proofErr w:type="spellStart"/>
      <w:r>
        <w:rPr>
          <w:rFonts w:ascii="Calibri" w:hAnsi="Calibri"/>
          <w:i/>
          <w:color w:val="646464"/>
          <w:sz w:val="20"/>
        </w:rPr>
        <w:t>Finlandesi</w:t>
      </w:r>
      <w:proofErr w:type="spellEnd"/>
    </w:p>
    <w:tbl>
      <w:tblPr>
        <w:tblW w:w="0" w:type="auto"/>
        <w:jc w:val="center"/>
        <w:tblBorders>
          <w:top w:val="single" w:sz="4" w:space="0" w:color="CCCCCC"/>
          <w:bottom w:val="single" w:sz="8" w:space="0" w:color="00336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017638" w14:paraId="2A6B6BE6" w14:textId="77777777" w:rsidTr="00710A95">
        <w:trPr>
          <w:jc w:val="center"/>
        </w:trPr>
        <w:tc>
          <w:tcPr>
            <w:tcW w:w="2592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12AC81" w14:textId="77777777" w:rsidR="00017638" w:rsidRDefault="00017638" w:rsidP="00710A95">
            <w:pPr>
              <w:spacing w:after="40"/>
            </w:pPr>
            <w:r>
              <w:rPr>
                <w:b/>
                <w:color w:val="003366"/>
                <w:sz w:val="19"/>
              </w:rPr>
              <w:t>14:30 - 16:00</w:t>
            </w:r>
          </w:p>
        </w:tc>
        <w:tc>
          <w:tcPr>
            <w:tcW w:w="6768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70AB61" w14:textId="5D19A29F" w:rsidR="00017638" w:rsidRDefault="00017638" w:rsidP="00710A95">
            <w:pPr>
              <w:spacing w:after="40"/>
            </w:pPr>
            <w:proofErr w:type="spellStart"/>
            <w:r>
              <w:rPr>
                <w:b/>
                <w:color w:val="003366"/>
                <w:sz w:val="19"/>
              </w:rPr>
              <w:t>Accoglienza</w:t>
            </w:r>
            <w:proofErr w:type="spellEnd"/>
            <w:r>
              <w:rPr>
                <w:b/>
                <w:color w:val="003366"/>
                <w:sz w:val="19"/>
              </w:rPr>
              <w:t xml:space="preserve"> Ufficiale ed </w:t>
            </w:r>
            <w:proofErr w:type="spellStart"/>
            <w:r>
              <w:rPr>
                <w:b/>
                <w:color w:val="003366"/>
                <w:sz w:val="19"/>
              </w:rPr>
              <w:t>Esplorazione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dell'Istituto</w:t>
            </w:r>
            <w:proofErr w:type="spellEnd"/>
            <w:r w:rsidR="008F744F">
              <w:rPr>
                <w:b/>
                <w:color w:val="003366"/>
                <w:sz w:val="19"/>
              </w:rPr>
              <w:t xml:space="preserve"> </w:t>
            </w:r>
            <w:proofErr w:type="spellStart"/>
            <w:r w:rsidR="008F744F">
              <w:rPr>
                <w:b/>
                <w:color w:val="003366"/>
                <w:sz w:val="19"/>
              </w:rPr>
              <w:t>Comprensivo</w:t>
            </w:r>
            <w:proofErr w:type="spellEnd"/>
            <w:r w:rsidR="008F744F">
              <w:rPr>
                <w:b/>
                <w:color w:val="003366"/>
                <w:sz w:val="19"/>
              </w:rPr>
              <w:t xml:space="preserve"> L. </w:t>
            </w:r>
            <w:proofErr w:type="spellStart"/>
            <w:r w:rsidR="008F744F">
              <w:rPr>
                <w:b/>
                <w:color w:val="003366"/>
                <w:sz w:val="19"/>
              </w:rPr>
              <w:t>Campanari</w:t>
            </w:r>
            <w:proofErr w:type="spellEnd"/>
          </w:p>
        </w:tc>
      </w:tr>
      <w:tr w:rsidR="00017638" w14:paraId="7E25AA0B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173137" w14:textId="77777777" w:rsidR="00017638" w:rsidRDefault="00017638" w:rsidP="00710A95">
            <w:pPr>
              <w:spacing w:after="40"/>
            </w:pPr>
            <w:proofErr w:type="spellStart"/>
            <w:r>
              <w:rPr>
                <w:b/>
                <w:color w:val="333333"/>
                <w:sz w:val="18"/>
              </w:rPr>
              <w:t>Ambito</w:t>
            </w:r>
            <w:proofErr w:type="spellEnd"/>
            <w:r>
              <w:rPr>
                <w:b/>
                <w:color w:val="333333"/>
                <w:sz w:val="18"/>
              </w:rPr>
              <w:t>: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C802F0" w14:textId="1CAF8166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Istituto </w:t>
            </w:r>
            <w:proofErr w:type="spellStart"/>
            <w:r>
              <w:rPr>
                <w:color w:val="333333"/>
                <w:sz w:val="18"/>
              </w:rPr>
              <w:t>Comprensivo</w:t>
            </w:r>
            <w:proofErr w:type="spellEnd"/>
            <w:r w:rsidR="0057350A">
              <w:rPr>
                <w:color w:val="333333"/>
                <w:sz w:val="18"/>
              </w:rPr>
              <w:t xml:space="preserve"> Loredana </w:t>
            </w:r>
            <w:proofErr w:type="spellStart"/>
            <w:r w:rsidR="0057350A">
              <w:rPr>
                <w:color w:val="333333"/>
                <w:sz w:val="18"/>
              </w:rPr>
              <w:t>Campanari</w:t>
            </w:r>
            <w:proofErr w:type="spellEnd"/>
          </w:p>
        </w:tc>
      </w:tr>
      <w:tr w:rsidR="00017638" w14:paraId="4FFE6871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F967C1" w14:textId="77777777" w:rsidR="00017638" w:rsidRDefault="00017638" w:rsidP="00710A95">
            <w:pPr>
              <w:spacing w:after="40"/>
            </w:pPr>
            <w:proofErr w:type="spellStart"/>
            <w:r>
              <w:rPr>
                <w:b/>
                <w:color w:val="333333"/>
                <w:sz w:val="18"/>
              </w:rPr>
              <w:t>Attività</w:t>
            </w:r>
            <w:proofErr w:type="spellEnd"/>
            <w:r>
              <w:rPr>
                <w:b/>
                <w:color w:val="333333"/>
                <w:sz w:val="18"/>
              </w:rPr>
              <w:t>: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0DFF0D" w14:textId="77777777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Accoglienza</w:t>
            </w:r>
            <w:proofErr w:type="spellEnd"/>
            <w:r>
              <w:rPr>
                <w:color w:val="333333"/>
                <w:sz w:val="18"/>
              </w:rPr>
              <w:t xml:space="preserve"> da </w:t>
            </w:r>
            <w:proofErr w:type="spellStart"/>
            <w:r>
              <w:rPr>
                <w:color w:val="333333"/>
                <w:sz w:val="18"/>
              </w:rPr>
              <w:t>parte</w:t>
            </w:r>
            <w:proofErr w:type="spellEnd"/>
            <w:r>
              <w:rPr>
                <w:color w:val="333333"/>
                <w:sz w:val="18"/>
              </w:rPr>
              <w:t xml:space="preserve"> del </w:t>
            </w:r>
            <w:proofErr w:type="spellStart"/>
            <w:r>
              <w:rPr>
                <w:color w:val="333333"/>
                <w:sz w:val="18"/>
              </w:rPr>
              <w:t>Dirigente</w:t>
            </w:r>
            <w:proofErr w:type="spellEnd"/>
            <w:r>
              <w:rPr>
                <w:color w:val="333333"/>
                <w:sz w:val="18"/>
              </w:rPr>
              <w:t xml:space="preserve"> Scolastico e </w:t>
            </w:r>
            <w:proofErr w:type="spellStart"/>
            <w:r>
              <w:rPr>
                <w:color w:val="333333"/>
                <w:sz w:val="18"/>
              </w:rPr>
              <w:t>dello</w:t>
            </w:r>
            <w:proofErr w:type="spellEnd"/>
            <w:r>
              <w:rPr>
                <w:color w:val="333333"/>
                <w:sz w:val="18"/>
              </w:rPr>
              <w:t xml:space="preserve"> Staff Erasmus+.</w:t>
            </w:r>
            <w:r>
              <w:rPr>
                <w:color w:val="333333"/>
                <w:sz w:val="18"/>
              </w:rPr>
              <w:br/>
              <w:t xml:space="preserve">Visita </w:t>
            </w:r>
            <w:proofErr w:type="spellStart"/>
            <w:r>
              <w:rPr>
                <w:color w:val="333333"/>
                <w:sz w:val="18"/>
              </w:rPr>
              <w:t>guidata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dei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plessi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scolastici</w:t>
            </w:r>
            <w:proofErr w:type="spellEnd"/>
            <w:r>
              <w:rPr>
                <w:color w:val="333333"/>
                <w:sz w:val="18"/>
              </w:rPr>
              <w:t xml:space="preserve"> e </w:t>
            </w:r>
            <w:proofErr w:type="spellStart"/>
            <w:r>
              <w:rPr>
                <w:color w:val="333333"/>
                <w:sz w:val="18"/>
              </w:rPr>
              <w:t>presentazione</w:t>
            </w:r>
            <w:proofErr w:type="spellEnd"/>
            <w:r>
              <w:rPr>
                <w:color w:val="333333"/>
                <w:sz w:val="18"/>
              </w:rPr>
              <w:t xml:space="preserve"> del </w:t>
            </w:r>
            <w:proofErr w:type="spellStart"/>
            <w:r>
              <w:rPr>
                <w:color w:val="333333"/>
                <w:sz w:val="18"/>
              </w:rPr>
              <w:t>contesto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d'istituto</w:t>
            </w:r>
            <w:proofErr w:type="spellEnd"/>
            <w:r>
              <w:rPr>
                <w:color w:val="333333"/>
                <w:sz w:val="18"/>
              </w:rPr>
              <w:t>.</w:t>
            </w:r>
          </w:p>
        </w:tc>
      </w:tr>
    </w:tbl>
    <w:p w14:paraId="445C42C8" w14:textId="77777777" w:rsidR="00017638" w:rsidRDefault="00017638" w:rsidP="00017638">
      <w:pPr>
        <w:keepNext/>
        <w:spacing w:after="0"/>
        <w:rPr>
          <w:rFonts w:ascii="Segoe UI Emoji" w:hAnsi="Segoe UI Emoji" w:cs="Segoe UI Emoji"/>
          <w:b/>
          <w:color w:val="2980B9"/>
          <w:szCs w:val="21"/>
        </w:rPr>
      </w:pPr>
    </w:p>
    <w:p w14:paraId="67EEC5DB" w14:textId="4C4669F9" w:rsidR="00017638" w:rsidRDefault="00DD7C48" w:rsidP="00017638">
      <w:pPr>
        <w:keepNext/>
        <w:spacing w:after="0"/>
        <w:rPr>
          <w:rFonts w:asciiTheme="minorHAnsi" w:hAnsiTheme="minorHAnsi"/>
          <w:b/>
          <w:color w:val="2980B9"/>
          <w:szCs w:val="21"/>
        </w:rPr>
      </w:pPr>
      <w:r w:rsidRPr="00017638">
        <w:rPr>
          <w:rFonts w:ascii="Segoe UI Emoji" w:hAnsi="Segoe UI Emoji" w:cs="Segoe UI Emoji"/>
          <w:b/>
          <w:color w:val="2980B9"/>
          <w:szCs w:val="21"/>
        </w:rPr>
        <w:t>🟢</w:t>
      </w:r>
      <w:r w:rsidRPr="00017638">
        <w:rPr>
          <w:rFonts w:asciiTheme="minorHAnsi" w:hAnsiTheme="minorHAnsi"/>
          <w:b/>
          <w:color w:val="2980B9"/>
          <w:szCs w:val="21"/>
        </w:rPr>
        <w:t xml:space="preserve"> GIORNO 2 | 10 Novembre 2026 ore 9</w:t>
      </w:r>
      <w:r w:rsidR="00A57BC6" w:rsidRPr="00017638">
        <w:rPr>
          <w:rFonts w:asciiTheme="minorHAnsi" w:hAnsiTheme="minorHAnsi"/>
          <w:b/>
          <w:color w:val="2980B9"/>
          <w:szCs w:val="21"/>
        </w:rPr>
        <w:t>:00</w:t>
      </w:r>
      <w:r w:rsidRPr="00017638">
        <w:rPr>
          <w:rFonts w:asciiTheme="minorHAnsi" w:hAnsiTheme="minorHAnsi"/>
          <w:b/>
          <w:color w:val="2980B9"/>
          <w:szCs w:val="21"/>
        </w:rPr>
        <w:t>-</w:t>
      </w:r>
      <w:r w:rsidR="00A57BC6" w:rsidRPr="00017638">
        <w:rPr>
          <w:rFonts w:asciiTheme="minorHAnsi" w:hAnsiTheme="minorHAnsi"/>
          <w:b/>
          <w:color w:val="2980B9"/>
          <w:szCs w:val="21"/>
        </w:rPr>
        <w:t>17:20</w:t>
      </w:r>
    </w:p>
    <w:p w14:paraId="5A2137C8" w14:textId="4313C4EB" w:rsidR="00017638" w:rsidRDefault="00017638" w:rsidP="00017638">
      <w:pPr>
        <w:keepNext/>
        <w:spacing w:after="120"/>
        <w:rPr>
          <w:rFonts w:ascii="Calibri" w:hAnsi="Calibri"/>
          <w:i/>
          <w:color w:val="646464"/>
          <w:sz w:val="20"/>
        </w:rPr>
      </w:pPr>
      <w:proofErr w:type="spellStart"/>
      <w:r>
        <w:rPr>
          <w:rFonts w:ascii="Calibri" w:hAnsi="Calibri"/>
          <w:i/>
          <w:color w:val="646464"/>
          <w:sz w:val="20"/>
        </w:rPr>
        <w:t>Lezioni</w:t>
      </w:r>
      <w:proofErr w:type="spellEnd"/>
      <w:r>
        <w:rPr>
          <w:rFonts w:ascii="Calibri" w:hAnsi="Calibri"/>
          <w:i/>
          <w:color w:val="646464"/>
          <w:sz w:val="20"/>
        </w:rPr>
        <w:t xml:space="preserve"> Formative </w:t>
      </w:r>
      <w:proofErr w:type="spellStart"/>
      <w:r>
        <w:rPr>
          <w:rFonts w:ascii="Calibri" w:hAnsi="Calibri"/>
          <w:i/>
          <w:color w:val="646464"/>
          <w:sz w:val="20"/>
        </w:rPr>
        <w:t>Dimostrative</w:t>
      </w:r>
      <w:proofErr w:type="spellEnd"/>
      <w:r>
        <w:rPr>
          <w:rFonts w:ascii="Calibri" w:hAnsi="Calibri"/>
          <w:i/>
          <w:color w:val="646464"/>
          <w:sz w:val="20"/>
        </w:rPr>
        <w:t xml:space="preserve"> e </w:t>
      </w:r>
      <w:proofErr w:type="spellStart"/>
      <w:r>
        <w:rPr>
          <w:rFonts w:ascii="Calibri" w:hAnsi="Calibri"/>
          <w:i/>
          <w:color w:val="646464"/>
          <w:sz w:val="20"/>
        </w:rPr>
        <w:t>Formazione</w:t>
      </w:r>
      <w:proofErr w:type="spellEnd"/>
      <w:r>
        <w:rPr>
          <w:rFonts w:ascii="Calibri" w:hAnsi="Calibri"/>
          <w:i/>
          <w:color w:val="646464"/>
          <w:sz w:val="20"/>
        </w:rPr>
        <w:t xml:space="preserve"> </w:t>
      </w:r>
      <w:proofErr w:type="spellStart"/>
      <w:r>
        <w:rPr>
          <w:rFonts w:ascii="Calibri" w:hAnsi="Calibri"/>
          <w:i/>
          <w:color w:val="646464"/>
          <w:sz w:val="20"/>
        </w:rPr>
        <w:t>Docenti</w:t>
      </w:r>
      <w:proofErr w:type="spellEnd"/>
      <w:r>
        <w:rPr>
          <w:rFonts w:ascii="Calibri" w:hAnsi="Calibri"/>
          <w:i/>
          <w:color w:val="646464"/>
          <w:sz w:val="20"/>
        </w:rPr>
        <w:t xml:space="preserve"> (</w:t>
      </w:r>
      <w:proofErr w:type="spellStart"/>
      <w:r>
        <w:rPr>
          <w:rFonts w:ascii="Calibri" w:hAnsi="Calibri"/>
          <w:i/>
          <w:color w:val="646464"/>
          <w:sz w:val="20"/>
        </w:rPr>
        <w:t>Plesso</w:t>
      </w:r>
      <w:proofErr w:type="spellEnd"/>
      <w:r w:rsidR="008F744F">
        <w:rPr>
          <w:rFonts w:ascii="Calibri" w:hAnsi="Calibri"/>
          <w:i/>
          <w:color w:val="646464"/>
          <w:sz w:val="20"/>
        </w:rPr>
        <w:t xml:space="preserve"> Raggio di Sole</w:t>
      </w:r>
      <w:r>
        <w:rPr>
          <w:rFonts w:ascii="Calibri" w:hAnsi="Calibri"/>
          <w:i/>
          <w:color w:val="646464"/>
          <w:sz w:val="20"/>
        </w:rPr>
        <w:t xml:space="preserve"> - </w:t>
      </w:r>
      <w:proofErr w:type="spellStart"/>
      <w:r>
        <w:rPr>
          <w:rFonts w:ascii="Calibri" w:hAnsi="Calibri"/>
          <w:i/>
          <w:color w:val="646464"/>
          <w:sz w:val="20"/>
        </w:rPr>
        <w:t>Infanzia</w:t>
      </w:r>
      <w:proofErr w:type="spellEnd"/>
      <w:r>
        <w:rPr>
          <w:rFonts w:ascii="Calibri" w:hAnsi="Calibri"/>
          <w:i/>
          <w:color w:val="646464"/>
          <w:sz w:val="20"/>
        </w:rPr>
        <w:t xml:space="preserve"> e Primaria)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00336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017638" w14:paraId="2F7A06DA" w14:textId="77777777" w:rsidTr="00710A95">
        <w:trPr>
          <w:jc w:val="center"/>
        </w:trPr>
        <w:tc>
          <w:tcPr>
            <w:tcW w:w="2592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C566D9" w14:textId="77777777" w:rsidR="00017638" w:rsidRDefault="00017638" w:rsidP="00710A95">
            <w:pPr>
              <w:spacing w:after="40"/>
            </w:pPr>
            <w:r>
              <w:rPr>
                <w:b/>
                <w:color w:val="003366"/>
                <w:sz w:val="19"/>
              </w:rPr>
              <w:t>09:00 - 14:00</w:t>
            </w:r>
          </w:p>
        </w:tc>
        <w:tc>
          <w:tcPr>
            <w:tcW w:w="6768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074F4D" w14:textId="77777777" w:rsidR="00017638" w:rsidRDefault="00017638" w:rsidP="00710A95">
            <w:pPr>
              <w:spacing w:after="40"/>
            </w:pPr>
            <w:proofErr w:type="spellStart"/>
            <w:r>
              <w:rPr>
                <w:b/>
                <w:color w:val="003366"/>
                <w:sz w:val="19"/>
              </w:rPr>
              <w:t>Lezioni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Dimostrative</w:t>
            </w:r>
            <w:proofErr w:type="spellEnd"/>
            <w:r>
              <w:rPr>
                <w:b/>
                <w:color w:val="003366"/>
                <w:sz w:val="19"/>
              </w:rPr>
              <w:t xml:space="preserve"> e </w:t>
            </w:r>
            <w:proofErr w:type="spellStart"/>
            <w:r>
              <w:rPr>
                <w:b/>
                <w:color w:val="003366"/>
                <w:sz w:val="19"/>
              </w:rPr>
              <w:t>Scambio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Didattico</w:t>
            </w:r>
            <w:proofErr w:type="spellEnd"/>
            <w:r>
              <w:rPr>
                <w:b/>
                <w:color w:val="003366"/>
                <w:sz w:val="19"/>
              </w:rPr>
              <w:t xml:space="preserve"> in Aula</w:t>
            </w:r>
          </w:p>
        </w:tc>
      </w:tr>
      <w:tr w:rsidR="00017638" w14:paraId="74537278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65B6C7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09:15 - 10:00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21EB7A" w14:textId="3920265E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una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 Primaria</w:t>
            </w:r>
            <w:proofErr w:type="gramEnd"/>
            <w:r>
              <w:rPr>
                <w:color w:val="333333"/>
                <w:sz w:val="18"/>
              </w:rPr>
              <w:t xml:space="preserve"> Cl. V A</w:t>
            </w:r>
          </w:p>
        </w:tc>
      </w:tr>
      <w:tr w:rsidR="00017638" w14:paraId="331A2167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5B6CEA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10:00 - 10:15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6E28A6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>Break / Cambio Aula</w:t>
            </w:r>
          </w:p>
        </w:tc>
      </w:tr>
      <w:tr w:rsidR="00017638" w14:paraId="789785B6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802FA2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10:15 - 11:00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B00AB5" w14:textId="216CABB5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una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 Primaria</w:t>
            </w:r>
            <w:proofErr w:type="gramEnd"/>
            <w:r>
              <w:rPr>
                <w:color w:val="333333"/>
                <w:sz w:val="18"/>
              </w:rPr>
              <w:t xml:space="preserve"> Cl. V B</w:t>
            </w:r>
          </w:p>
        </w:tc>
      </w:tr>
      <w:tr w:rsidR="00017638" w14:paraId="3DF44A1A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F18DA7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11:00 - 11:15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D4274B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>Break / Cambio Aula</w:t>
            </w:r>
          </w:p>
        </w:tc>
      </w:tr>
      <w:tr w:rsidR="00017638" w14:paraId="409B3BBA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CBA9D3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11:15 - 11:45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3EF073" w14:textId="014180D2" w:rsidR="00017638" w:rsidRDefault="006C0D63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una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. </w:t>
            </w:r>
            <w:r w:rsidR="00017638">
              <w:rPr>
                <w:color w:val="333333"/>
                <w:sz w:val="18"/>
              </w:rPr>
              <w:t xml:space="preserve">Un canto </w:t>
            </w:r>
            <w:proofErr w:type="spellStart"/>
            <w:r w:rsidR="00017638">
              <w:rPr>
                <w:color w:val="333333"/>
                <w:sz w:val="18"/>
              </w:rPr>
              <w:t>tipico</w:t>
            </w:r>
            <w:proofErr w:type="spellEnd"/>
            <w:r w:rsidR="00017638">
              <w:rPr>
                <w:color w:val="333333"/>
                <w:sz w:val="18"/>
              </w:rPr>
              <w:t xml:space="preserve"> </w:t>
            </w:r>
            <w:proofErr w:type="spellStart"/>
            <w:r w:rsidR="00017638"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. </w:t>
            </w:r>
            <w:r w:rsidR="00017638">
              <w:rPr>
                <w:color w:val="333333"/>
                <w:sz w:val="18"/>
              </w:rPr>
              <w:t xml:space="preserve">Scuola </w:t>
            </w:r>
            <w:proofErr w:type="spellStart"/>
            <w:r w:rsidR="00017638">
              <w:rPr>
                <w:color w:val="333333"/>
                <w:sz w:val="18"/>
              </w:rPr>
              <w:t>dell'Infanzia</w:t>
            </w:r>
            <w:proofErr w:type="spellEnd"/>
            <w:r w:rsidR="00017638">
              <w:rPr>
                <w:color w:val="333333"/>
                <w:sz w:val="18"/>
              </w:rPr>
              <w:t xml:space="preserve"> (</w:t>
            </w:r>
            <w:proofErr w:type="spellStart"/>
            <w:r w:rsidR="00017638">
              <w:rPr>
                <w:color w:val="333333"/>
                <w:sz w:val="18"/>
              </w:rPr>
              <w:t>alunni</w:t>
            </w:r>
            <w:proofErr w:type="spellEnd"/>
            <w:r w:rsidR="00017638">
              <w:rPr>
                <w:color w:val="333333"/>
                <w:sz w:val="18"/>
              </w:rPr>
              <w:t xml:space="preserve"> 5 anni)</w:t>
            </w:r>
          </w:p>
        </w:tc>
      </w:tr>
      <w:tr w:rsidR="00017638" w14:paraId="7D79ACEB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4F2125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12:10 - 12:55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B7425C" w14:textId="61040423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una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 Primaria</w:t>
            </w:r>
            <w:proofErr w:type="gramEnd"/>
            <w:r>
              <w:rPr>
                <w:color w:val="333333"/>
                <w:sz w:val="18"/>
              </w:rPr>
              <w:t xml:space="preserve"> Cl. V C</w:t>
            </w:r>
          </w:p>
        </w:tc>
      </w:tr>
      <w:tr w:rsidR="00017638" w14:paraId="3FF30028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EBA9FC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13:00 - 14:00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E4F0B4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Pausa Mensa </w:t>
            </w:r>
            <w:proofErr w:type="spellStart"/>
            <w:r>
              <w:rPr>
                <w:color w:val="333333"/>
                <w:sz w:val="18"/>
              </w:rPr>
              <w:t>Scolastica</w:t>
            </w:r>
            <w:proofErr w:type="spellEnd"/>
          </w:p>
        </w:tc>
      </w:tr>
    </w:tbl>
    <w:p w14:paraId="117E39C3" w14:textId="77777777" w:rsidR="00017638" w:rsidRDefault="00017638" w:rsidP="00A57BC6">
      <w:pPr>
        <w:rPr>
          <w:rFonts w:asciiTheme="minorHAnsi" w:hAnsiTheme="minorHAnsi" w:cs="Segoe UI Emoji"/>
          <w:b/>
          <w:color w:val="2980B9"/>
          <w:szCs w:val="21"/>
        </w:rPr>
      </w:pPr>
    </w:p>
    <w:tbl>
      <w:tblPr>
        <w:tblW w:w="0" w:type="auto"/>
        <w:jc w:val="center"/>
        <w:tblBorders>
          <w:top w:val="single" w:sz="4" w:space="0" w:color="CCCCCC"/>
          <w:bottom w:val="single" w:sz="8" w:space="0" w:color="00336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017638" w14:paraId="03CA3C57" w14:textId="77777777" w:rsidTr="00710A95">
        <w:trPr>
          <w:jc w:val="center"/>
        </w:trPr>
        <w:tc>
          <w:tcPr>
            <w:tcW w:w="2592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DB975B" w14:textId="77777777" w:rsidR="00017638" w:rsidRDefault="00017638" w:rsidP="00710A95">
            <w:pPr>
              <w:spacing w:after="40"/>
            </w:pPr>
            <w:r>
              <w:rPr>
                <w:b/>
                <w:color w:val="003366"/>
                <w:sz w:val="19"/>
              </w:rPr>
              <w:t>14:00 - 17:20</w:t>
            </w:r>
          </w:p>
        </w:tc>
        <w:tc>
          <w:tcPr>
            <w:tcW w:w="6768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4A5C79" w14:textId="77777777" w:rsidR="00017638" w:rsidRDefault="00017638" w:rsidP="00710A95">
            <w:pPr>
              <w:spacing w:after="40"/>
            </w:pPr>
            <w:r>
              <w:rPr>
                <w:b/>
                <w:color w:val="003366"/>
                <w:sz w:val="19"/>
              </w:rPr>
              <w:t xml:space="preserve">Visita </w:t>
            </w:r>
            <w:proofErr w:type="spellStart"/>
            <w:r>
              <w:rPr>
                <w:b/>
                <w:color w:val="003366"/>
                <w:sz w:val="19"/>
              </w:rPr>
              <w:t>Culturale</w:t>
            </w:r>
            <w:proofErr w:type="spellEnd"/>
            <w:r>
              <w:rPr>
                <w:b/>
                <w:color w:val="003366"/>
                <w:sz w:val="19"/>
              </w:rPr>
              <w:t xml:space="preserve"> e </w:t>
            </w:r>
            <w:proofErr w:type="spellStart"/>
            <w:r>
              <w:rPr>
                <w:b/>
                <w:color w:val="003366"/>
                <w:sz w:val="19"/>
              </w:rPr>
              <w:t>Formazione</w:t>
            </w:r>
            <w:proofErr w:type="spellEnd"/>
            <w:r>
              <w:rPr>
                <w:b/>
                <w:color w:val="003366"/>
                <w:sz w:val="19"/>
              </w:rPr>
              <w:t xml:space="preserve"> Continua </w:t>
            </w:r>
            <w:proofErr w:type="spellStart"/>
            <w:r>
              <w:rPr>
                <w:b/>
                <w:color w:val="003366"/>
                <w:sz w:val="19"/>
              </w:rPr>
              <w:t>Personale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Docente</w:t>
            </w:r>
            <w:proofErr w:type="spellEnd"/>
          </w:p>
        </w:tc>
      </w:tr>
      <w:tr w:rsidR="00017638" w14:paraId="2E76ECFC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7999CB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14:00 - 16:00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0DBF76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Visita </w:t>
            </w:r>
            <w:proofErr w:type="spellStart"/>
            <w:r>
              <w:rPr>
                <w:color w:val="333333"/>
                <w:sz w:val="18"/>
              </w:rPr>
              <w:t>culturale</w:t>
            </w:r>
            <w:proofErr w:type="spellEnd"/>
            <w:r>
              <w:rPr>
                <w:color w:val="333333"/>
                <w:sz w:val="18"/>
              </w:rPr>
              <w:t xml:space="preserve"> a </w:t>
            </w:r>
            <w:proofErr w:type="spellStart"/>
            <w:r>
              <w:rPr>
                <w:color w:val="333333"/>
                <w:sz w:val="18"/>
              </w:rPr>
              <w:t>Monterotondo</w:t>
            </w:r>
            <w:proofErr w:type="spellEnd"/>
            <w:r>
              <w:rPr>
                <w:color w:val="333333"/>
                <w:sz w:val="18"/>
              </w:rPr>
              <w:t xml:space="preserve">: Le sale </w:t>
            </w:r>
            <w:proofErr w:type="spellStart"/>
            <w:r>
              <w:rPr>
                <w:color w:val="333333"/>
                <w:sz w:val="18"/>
              </w:rPr>
              <w:t>affrescate</w:t>
            </w:r>
            <w:proofErr w:type="spellEnd"/>
            <w:r>
              <w:rPr>
                <w:color w:val="333333"/>
                <w:sz w:val="18"/>
              </w:rPr>
              <w:t xml:space="preserve"> del Palazzo Comunale e il Museo </w:t>
            </w:r>
            <w:proofErr w:type="spellStart"/>
            <w:r>
              <w:rPr>
                <w:color w:val="333333"/>
                <w:sz w:val="18"/>
              </w:rPr>
              <w:t>Interattivo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Virtuale</w:t>
            </w:r>
            <w:proofErr w:type="spellEnd"/>
            <w:r>
              <w:rPr>
                <w:color w:val="333333"/>
                <w:sz w:val="18"/>
              </w:rPr>
              <w:t xml:space="preserve"> (MUVIM).</w:t>
            </w:r>
          </w:p>
        </w:tc>
      </w:tr>
      <w:tr w:rsidR="00017638" w14:paraId="08FADADC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6E39B1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16:20 - 17:20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A81357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>FORMAZIONE DEL PERSONALE DOCENTE:</w:t>
            </w:r>
            <w:r>
              <w:rPr>
                <w:color w:val="333333"/>
                <w:sz w:val="18"/>
              </w:rPr>
              <w:br/>
            </w:r>
            <w:proofErr w:type="spellStart"/>
            <w:r>
              <w:rPr>
                <w:color w:val="333333"/>
                <w:sz w:val="18"/>
              </w:rPr>
              <w:t>Sessione</w:t>
            </w:r>
            <w:proofErr w:type="spellEnd"/>
            <w:r>
              <w:rPr>
                <w:color w:val="333333"/>
                <w:sz w:val="18"/>
              </w:rPr>
              <w:t xml:space="preserve"> di Peer-Learning con le </w:t>
            </w:r>
            <w:proofErr w:type="spellStart"/>
            <w:r>
              <w:rPr>
                <w:color w:val="333333"/>
                <w:sz w:val="18"/>
              </w:rPr>
              <w:t>esperte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finlandesi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focalizzata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su</w:t>
            </w:r>
            <w:proofErr w:type="spellEnd"/>
            <w:r>
              <w:rPr>
                <w:color w:val="333333"/>
                <w:sz w:val="18"/>
              </w:rPr>
              <w:t xml:space="preserve"> "Il </w:t>
            </w:r>
            <w:proofErr w:type="spellStart"/>
            <w:r>
              <w:rPr>
                <w:color w:val="333333"/>
                <w:sz w:val="18"/>
              </w:rPr>
              <w:t>metodo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didattico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e la </w:t>
            </w:r>
            <w:proofErr w:type="spellStart"/>
            <w:r>
              <w:rPr>
                <w:color w:val="333333"/>
                <w:sz w:val="18"/>
              </w:rPr>
              <w:t>sua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applicabilità</w:t>
            </w:r>
            <w:proofErr w:type="spellEnd"/>
            <w:r>
              <w:rPr>
                <w:color w:val="333333"/>
                <w:sz w:val="18"/>
              </w:rPr>
              <w:t>".</w:t>
            </w:r>
          </w:p>
        </w:tc>
      </w:tr>
    </w:tbl>
    <w:p w14:paraId="28545207" w14:textId="60CA516E" w:rsidR="00017638" w:rsidRDefault="00017638" w:rsidP="00A57BC6">
      <w:pPr>
        <w:rPr>
          <w:rFonts w:asciiTheme="minorHAnsi" w:hAnsiTheme="minorHAnsi" w:cs="Segoe UI Emoji"/>
          <w:b/>
          <w:color w:val="2980B9"/>
          <w:szCs w:val="21"/>
        </w:rPr>
      </w:pPr>
    </w:p>
    <w:p w14:paraId="4CA2DD79" w14:textId="77777777" w:rsidR="00017638" w:rsidRDefault="00017638">
      <w:pPr>
        <w:rPr>
          <w:rFonts w:asciiTheme="minorHAnsi" w:hAnsiTheme="minorHAnsi" w:cs="Segoe UI Emoji"/>
          <w:b/>
          <w:color w:val="2980B9"/>
          <w:szCs w:val="21"/>
        </w:rPr>
      </w:pPr>
      <w:r>
        <w:rPr>
          <w:rFonts w:asciiTheme="minorHAnsi" w:hAnsiTheme="minorHAnsi" w:cs="Segoe UI Emoji"/>
          <w:b/>
          <w:color w:val="2980B9"/>
          <w:szCs w:val="21"/>
        </w:rPr>
        <w:br w:type="page"/>
      </w:r>
    </w:p>
    <w:p w14:paraId="53ADD5A3" w14:textId="77777777" w:rsidR="00017638" w:rsidRDefault="00A57BC6" w:rsidP="00017638">
      <w:pPr>
        <w:spacing w:after="0"/>
        <w:rPr>
          <w:rFonts w:asciiTheme="minorHAnsi" w:hAnsiTheme="minorHAnsi"/>
          <w:b/>
          <w:color w:val="2980B9"/>
          <w:szCs w:val="21"/>
        </w:rPr>
      </w:pPr>
      <w:r w:rsidRPr="00017638">
        <w:rPr>
          <w:rFonts w:ascii="Segoe UI Emoji" w:hAnsi="Segoe UI Emoji" w:cs="Segoe UI Emoji"/>
          <w:b/>
          <w:color w:val="2980B9"/>
          <w:szCs w:val="21"/>
        </w:rPr>
        <w:lastRenderedPageBreak/>
        <w:t>🟢</w:t>
      </w:r>
      <w:r w:rsidRPr="00017638">
        <w:rPr>
          <w:rFonts w:asciiTheme="minorHAnsi" w:hAnsiTheme="minorHAnsi"/>
          <w:b/>
          <w:color w:val="2980B9"/>
          <w:szCs w:val="21"/>
        </w:rPr>
        <w:t xml:space="preserve"> GIORNO 3 | 11 Novembre 2026 ore 9:40-14:00</w:t>
      </w:r>
    </w:p>
    <w:p w14:paraId="77F48F52" w14:textId="323D6A54" w:rsidR="00017638" w:rsidRDefault="00017638" w:rsidP="00017638">
      <w:pPr>
        <w:keepNext/>
        <w:spacing w:after="120"/>
      </w:pPr>
      <w:proofErr w:type="spellStart"/>
      <w:r>
        <w:rPr>
          <w:rFonts w:ascii="Calibri" w:hAnsi="Calibri"/>
          <w:i/>
          <w:color w:val="646464"/>
          <w:sz w:val="20"/>
        </w:rPr>
        <w:t>Lezioni</w:t>
      </w:r>
      <w:proofErr w:type="spellEnd"/>
      <w:r>
        <w:rPr>
          <w:rFonts w:ascii="Calibri" w:hAnsi="Calibri"/>
          <w:i/>
          <w:color w:val="646464"/>
          <w:sz w:val="20"/>
        </w:rPr>
        <w:t xml:space="preserve"> Formative </w:t>
      </w:r>
      <w:proofErr w:type="spellStart"/>
      <w:r>
        <w:rPr>
          <w:rFonts w:ascii="Calibri" w:hAnsi="Calibri"/>
          <w:i/>
          <w:color w:val="646464"/>
          <w:sz w:val="20"/>
        </w:rPr>
        <w:t>Dimostrative</w:t>
      </w:r>
      <w:proofErr w:type="spellEnd"/>
      <w:r>
        <w:rPr>
          <w:rFonts w:ascii="Calibri" w:hAnsi="Calibri"/>
          <w:i/>
          <w:color w:val="646464"/>
          <w:sz w:val="20"/>
        </w:rPr>
        <w:t xml:space="preserve"> e </w:t>
      </w:r>
      <w:proofErr w:type="spellStart"/>
      <w:r>
        <w:rPr>
          <w:rFonts w:ascii="Calibri" w:hAnsi="Calibri"/>
          <w:i/>
          <w:color w:val="646464"/>
          <w:sz w:val="20"/>
        </w:rPr>
        <w:t>Scambio</w:t>
      </w:r>
      <w:proofErr w:type="spellEnd"/>
      <w:r>
        <w:rPr>
          <w:rFonts w:ascii="Calibri" w:hAnsi="Calibri"/>
          <w:i/>
          <w:color w:val="646464"/>
          <w:sz w:val="20"/>
        </w:rPr>
        <w:t xml:space="preserve"> </w:t>
      </w:r>
      <w:proofErr w:type="spellStart"/>
      <w:r>
        <w:rPr>
          <w:rFonts w:ascii="Calibri" w:hAnsi="Calibri"/>
          <w:i/>
          <w:color w:val="646464"/>
          <w:sz w:val="20"/>
        </w:rPr>
        <w:t>Didattico</w:t>
      </w:r>
      <w:proofErr w:type="spellEnd"/>
      <w:r>
        <w:rPr>
          <w:rFonts w:ascii="Calibri" w:hAnsi="Calibri"/>
          <w:i/>
          <w:color w:val="646464"/>
          <w:sz w:val="20"/>
        </w:rPr>
        <w:t xml:space="preserve"> (</w:t>
      </w:r>
      <w:proofErr w:type="spellStart"/>
      <w:r>
        <w:rPr>
          <w:rFonts w:ascii="Calibri" w:hAnsi="Calibri"/>
          <w:i/>
          <w:color w:val="646464"/>
          <w:sz w:val="20"/>
        </w:rPr>
        <w:t>Plesso</w:t>
      </w:r>
      <w:proofErr w:type="spellEnd"/>
      <w:r>
        <w:rPr>
          <w:rFonts w:ascii="Calibri" w:hAnsi="Calibri"/>
          <w:i/>
          <w:color w:val="646464"/>
          <w:sz w:val="20"/>
        </w:rPr>
        <w:t xml:space="preserve"> </w:t>
      </w:r>
      <w:r w:rsidR="008F744F">
        <w:rPr>
          <w:rFonts w:ascii="Calibri" w:hAnsi="Calibri"/>
          <w:i/>
          <w:color w:val="646464"/>
          <w:sz w:val="20"/>
        </w:rPr>
        <w:t xml:space="preserve">Aldo Moro e Loredana </w:t>
      </w:r>
      <w:proofErr w:type="spellStart"/>
      <w:r w:rsidR="008F744F">
        <w:rPr>
          <w:rFonts w:ascii="Calibri" w:hAnsi="Calibri"/>
          <w:i/>
          <w:color w:val="646464"/>
          <w:sz w:val="20"/>
        </w:rPr>
        <w:t>Campanari</w:t>
      </w:r>
      <w:proofErr w:type="spellEnd"/>
      <w:r>
        <w:rPr>
          <w:rFonts w:ascii="Calibri" w:hAnsi="Calibri"/>
          <w:i/>
          <w:color w:val="646464"/>
          <w:sz w:val="20"/>
        </w:rPr>
        <w:t xml:space="preserve"> - </w:t>
      </w:r>
      <w:proofErr w:type="spellStart"/>
      <w:r>
        <w:rPr>
          <w:rFonts w:ascii="Calibri" w:hAnsi="Calibri"/>
          <w:i/>
          <w:color w:val="646464"/>
          <w:sz w:val="20"/>
        </w:rPr>
        <w:t>Infanzia</w:t>
      </w:r>
      <w:proofErr w:type="spellEnd"/>
      <w:r>
        <w:rPr>
          <w:rFonts w:ascii="Calibri" w:hAnsi="Calibri"/>
          <w:i/>
          <w:color w:val="646464"/>
          <w:sz w:val="20"/>
        </w:rPr>
        <w:t xml:space="preserve"> e Primaria)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00336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017638" w14:paraId="75EC4A3E" w14:textId="77777777" w:rsidTr="00710A95">
        <w:trPr>
          <w:jc w:val="center"/>
        </w:trPr>
        <w:tc>
          <w:tcPr>
            <w:tcW w:w="2592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1C8E62" w14:textId="77777777" w:rsidR="00017638" w:rsidRDefault="00017638" w:rsidP="00710A95">
            <w:pPr>
              <w:spacing w:after="40"/>
            </w:pPr>
            <w:r>
              <w:rPr>
                <w:b/>
                <w:color w:val="003366"/>
                <w:sz w:val="19"/>
              </w:rPr>
              <w:t>09:00 - 14:00</w:t>
            </w:r>
          </w:p>
        </w:tc>
        <w:tc>
          <w:tcPr>
            <w:tcW w:w="6768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8F2E34" w14:textId="77777777" w:rsidR="00017638" w:rsidRDefault="00017638" w:rsidP="00710A95">
            <w:pPr>
              <w:spacing w:after="40"/>
            </w:pPr>
            <w:proofErr w:type="spellStart"/>
            <w:r>
              <w:rPr>
                <w:b/>
                <w:color w:val="003366"/>
                <w:sz w:val="19"/>
              </w:rPr>
              <w:t>Lezioni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Dimostrative</w:t>
            </w:r>
            <w:proofErr w:type="spellEnd"/>
            <w:r>
              <w:rPr>
                <w:b/>
                <w:color w:val="003366"/>
                <w:sz w:val="19"/>
              </w:rPr>
              <w:t xml:space="preserve"> in Aula e </w:t>
            </w:r>
            <w:proofErr w:type="spellStart"/>
            <w:r>
              <w:rPr>
                <w:b/>
                <w:color w:val="003366"/>
                <w:sz w:val="19"/>
              </w:rPr>
              <w:t>Continuità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Didattica</w:t>
            </w:r>
            <w:proofErr w:type="spellEnd"/>
          </w:p>
        </w:tc>
      </w:tr>
      <w:tr w:rsidR="00017638" w14:paraId="013EEC64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E92610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09:00 - 09:15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65D8E6" w14:textId="6DF4B64F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Accoglienza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presso</w:t>
            </w:r>
            <w:proofErr w:type="spellEnd"/>
            <w:r>
              <w:rPr>
                <w:color w:val="333333"/>
                <w:sz w:val="18"/>
              </w:rPr>
              <w:t xml:space="preserve"> il </w:t>
            </w:r>
            <w:proofErr w:type="spellStart"/>
            <w:r>
              <w:rPr>
                <w:color w:val="333333"/>
                <w:sz w:val="18"/>
              </w:rPr>
              <w:t>Plesso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Infanzia</w:t>
            </w:r>
            <w:proofErr w:type="spellEnd"/>
          </w:p>
        </w:tc>
      </w:tr>
      <w:tr w:rsidR="00017638" w14:paraId="04C04084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FF5D1E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09:15 - 09:45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5A12E4" w14:textId="77777777" w:rsidR="006C0D63" w:rsidRDefault="006C0D63" w:rsidP="00710A95">
            <w:pPr>
              <w:spacing w:after="40"/>
              <w:rPr>
                <w:color w:val="333333"/>
                <w:sz w:val="18"/>
              </w:rPr>
            </w:pPr>
            <w:r>
              <w:rPr>
                <w:color w:val="333333"/>
                <w:sz w:val="18"/>
              </w:rPr>
              <w:t xml:space="preserve">: </w:t>
            </w: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finlandese</w:t>
            </w:r>
            <w:proofErr w:type="spellEnd"/>
          </w:p>
          <w:p w14:paraId="10A428DC" w14:textId="39938082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Un canto </w:t>
            </w:r>
            <w:proofErr w:type="spellStart"/>
            <w:r>
              <w:rPr>
                <w:color w:val="333333"/>
                <w:sz w:val="18"/>
              </w:rPr>
              <w:t>tipico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Scuola </w:t>
            </w:r>
            <w:proofErr w:type="spellStart"/>
            <w:r>
              <w:rPr>
                <w:color w:val="333333"/>
                <w:sz w:val="18"/>
              </w:rPr>
              <w:t>Infanzia</w:t>
            </w:r>
            <w:proofErr w:type="spellEnd"/>
            <w:r>
              <w:rPr>
                <w:color w:val="333333"/>
                <w:sz w:val="18"/>
              </w:rPr>
              <w:t xml:space="preserve"> (</w:t>
            </w:r>
            <w:proofErr w:type="spellStart"/>
            <w:r>
              <w:rPr>
                <w:color w:val="333333"/>
                <w:sz w:val="18"/>
              </w:rPr>
              <w:t>alunni</w:t>
            </w:r>
            <w:proofErr w:type="spellEnd"/>
            <w:r>
              <w:rPr>
                <w:color w:val="333333"/>
                <w:sz w:val="18"/>
              </w:rPr>
              <w:t xml:space="preserve"> 5 anni)</w:t>
            </w:r>
          </w:p>
        </w:tc>
      </w:tr>
      <w:tr w:rsidR="00017638" w14:paraId="7C52C013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77AB18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09:45 - 10:15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EB98D4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Break / </w:t>
            </w:r>
            <w:proofErr w:type="spellStart"/>
            <w:r>
              <w:rPr>
                <w:color w:val="333333"/>
                <w:sz w:val="18"/>
              </w:rPr>
              <w:t>Trasferimento</w:t>
            </w:r>
            <w:proofErr w:type="spellEnd"/>
            <w:r>
              <w:rPr>
                <w:color w:val="333333"/>
                <w:sz w:val="18"/>
              </w:rPr>
              <w:t xml:space="preserve"> al </w:t>
            </w:r>
            <w:proofErr w:type="spellStart"/>
            <w:r>
              <w:rPr>
                <w:color w:val="333333"/>
                <w:sz w:val="18"/>
              </w:rPr>
              <w:t>Plesso</w:t>
            </w:r>
            <w:proofErr w:type="spellEnd"/>
            <w:r>
              <w:rPr>
                <w:color w:val="333333"/>
                <w:sz w:val="18"/>
              </w:rPr>
              <w:t xml:space="preserve"> X</w:t>
            </w:r>
          </w:p>
        </w:tc>
      </w:tr>
      <w:tr w:rsidR="00017638" w14:paraId="6B8E07FA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9F888D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10:15 - 11:00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462F36" w14:textId="6E33E706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una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 Primaria</w:t>
            </w:r>
            <w:proofErr w:type="gramEnd"/>
            <w:r>
              <w:rPr>
                <w:color w:val="333333"/>
                <w:sz w:val="18"/>
              </w:rPr>
              <w:t xml:space="preserve"> Cl. V C</w:t>
            </w:r>
          </w:p>
        </w:tc>
      </w:tr>
      <w:tr w:rsidR="00017638" w14:paraId="26E3534A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D4E819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11:00 - 11:15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D8DEAB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>Break / Cambio Aula</w:t>
            </w:r>
          </w:p>
        </w:tc>
      </w:tr>
      <w:tr w:rsidR="00017638" w14:paraId="3C89A673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FEF973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11:15 - 11:45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B49A20" w14:textId="65D73F50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Un canto </w:t>
            </w:r>
            <w:proofErr w:type="spellStart"/>
            <w:r>
              <w:rPr>
                <w:color w:val="333333"/>
                <w:sz w:val="18"/>
              </w:rPr>
              <w:t>tipico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: </w:t>
            </w: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 Scuola</w:t>
            </w:r>
            <w:proofErr w:type="gram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Infanzia</w:t>
            </w:r>
            <w:proofErr w:type="spellEnd"/>
            <w:r>
              <w:rPr>
                <w:color w:val="333333"/>
                <w:sz w:val="18"/>
              </w:rPr>
              <w:t xml:space="preserve"> (</w:t>
            </w:r>
            <w:proofErr w:type="spellStart"/>
            <w:r>
              <w:rPr>
                <w:color w:val="333333"/>
                <w:sz w:val="18"/>
              </w:rPr>
              <w:t>alunni</w:t>
            </w:r>
            <w:proofErr w:type="spellEnd"/>
            <w:r>
              <w:rPr>
                <w:color w:val="333333"/>
                <w:sz w:val="18"/>
              </w:rPr>
              <w:t xml:space="preserve"> 5 anni)</w:t>
            </w:r>
          </w:p>
        </w:tc>
      </w:tr>
      <w:tr w:rsidR="00017638" w14:paraId="01E5D17B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C3680A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11:45 - 12:00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7B0E70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>Break / Cambio Aula</w:t>
            </w:r>
          </w:p>
        </w:tc>
      </w:tr>
      <w:tr w:rsidR="00017638" w14:paraId="0D5CB8C4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A219A6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12:00 - 12:45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BED777" w14:textId="0587CD0E" w:rsidR="00017638" w:rsidRDefault="00017638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Conduzione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una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(Inglese e Musica) secondo la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finlandese</w:t>
            </w:r>
            <w:proofErr w:type="spellEnd"/>
            <w:r>
              <w:rPr>
                <w:color w:val="333333"/>
                <w:sz w:val="18"/>
              </w:rPr>
              <w:t xml:space="preserve"> Primaria Cl. V C</w:t>
            </w:r>
          </w:p>
        </w:tc>
      </w:tr>
      <w:tr w:rsidR="00017638" w14:paraId="01D4DF1E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28E416" w14:textId="77777777" w:rsidR="00017638" w:rsidRDefault="00017638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13:00 - 14:00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C2F243" w14:textId="77777777" w:rsidR="00017638" w:rsidRDefault="00017638" w:rsidP="00710A95">
            <w:pPr>
              <w:spacing w:after="40"/>
            </w:pPr>
            <w:r>
              <w:rPr>
                <w:color w:val="333333"/>
                <w:sz w:val="18"/>
              </w:rPr>
              <w:t xml:space="preserve">Pausa Mensa </w:t>
            </w:r>
            <w:proofErr w:type="spellStart"/>
            <w:r>
              <w:rPr>
                <w:color w:val="333333"/>
                <w:sz w:val="18"/>
              </w:rPr>
              <w:t>Scolastica</w:t>
            </w:r>
            <w:proofErr w:type="spellEnd"/>
          </w:p>
        </w:tc>
      </w:tr>
    </w:tbl>
    <w:p w14:paraId="76AA361C" w14:textId="77777777" w:rsidR="00362595" w:rsidRPr="00017638" w:rsidRDefault="00362595" w:rsidP="003F22CD">
      <w:pPr>
        <w:rPr>
          <w:rFonts w:asciiTheme="minorHAnsi" w:hAnsiTheme="minorHAnsi"/>
          <w:b/>
          <w:color w:val="003366"/>
          <w:szCs w:val="21"/>
        </w:rPr>
      </w:pPr>
    </w:p>
    <w:p w14:paraId="781A51CD" w14:textId="77777777" w:rsidR="00B843E0" w:rsidRDefault="00760169" w:rsidP="00B843E0">
      <w:pPr>
        <w:spacing w:after="0"/>
        <w:rPr>
          <w:rFonts w:asciiTheme="minorHAnsi" w:hAnsiTheme="minorHAnsi"/>
          <w:b/>
          <w:color w:val="2980B9"/>
          <w:szCs w:val="21"/>
        </w:rPr>
      </w:pPr>
      <w:r w:rsidRPr="00017638">
        <w:rPr>
          <w:rFonts w:ascii="Segoe UI Emoji" w:hAnsi="Segoe UI Emoji" w:cs="Segoe UI Emoji"/>
          <w:b/>
          <w:color w:val="2980B9"/>
          <w:szCs w:val="21"/>
        </w:rPr>
        <w:t>🟢</w:t>
      </w:r>
      <w:r w:rsidRPr="00017638">
        <w:rPr>
          <w:rFonts w:asciiTheme="minorHAnsi" w:hAnsiTheme="minorHAnsi"/>
          <w:b/>
          <w:color w:val="2980B9"/>
          <w:szCs w:val="21"/>
        </w:rPr>
        <w:t xml:space="preserve"> GIORNO 4 | 12 Novembre 2026 ore 9:40-14:00 </w:t>
      </w:r>
    </w:p>
    <w:p w14:paraId="0706FA36" w14:textId="7122CE56" w:rsidR="00B843E0" w:rsidRDefault="00B843E0" w:rsidP="00B843E0">
      <w:pPr>
        <w:keepNext/>
        <w:spacing w:after="120"/>
      </w:pPr>
      <w:proofErr w:type="spellStart"/>
      <w:r>
        <w:rPr>
          <w:rFonts w:ascii="Calibri" w:hAnsi="Calibri"/>
          <w:i/>
          <w:color w:val="646464"/>
          <w:sz w:val="20"/>
        </w:rPr>
        <w:t>Lezioni</w:t>
      </w:r>
      <w:proofErr w:type="spellEnd"/>
      <w:r>
        <w:rPr>
          <w:rFonts w:ascii="Calibri" w:hAnsi="Calibri"/>
          <w:i/>
          <w:color w:val="646464"/>
          <w:sz w:val="20"/>
        </w:rPr>
        <w:t xml:space="preserve"> Formative </w:t>
      </w:r>
      <w:proofErr w:type="spellStart"/>
      <w:r>
        <w:rPr>
          <w:rFonts w:ascii="Calibri" w:hAnsi="Calibri"/>
          <w:i/>
          <w:color w:val="646464"/>
          <w:sz w:val="20"/>
        </w:rPr>
        <w:t>Dimostrative</w:t>
      </w:r>
      <w:proofErr w:type="spellEnd"/>
      <w:r>
        <w:rPr>
          <w:rFonts w:ascii="Calibri" w:hAnsi="Calibri"/>
          <w:i/>
          <w:color w:val="646464"/>
          <w:sz w:val="20"/>
        </w:rPr>
        <w:t xml:space="preserve"> e </w:t>
      </w:r>
      <w:proofErr w:type="spellStart"/>
      <w:r>
        <w:rPr>
          <w:rFonts w:ascii="Calibri" w:hAnsi="Calibri"/>
          <w:i/>
          <w:color w:val="646464"/>
          <w:sz w:val="20"/>
        </w:rPr>
        <w:t>Chiusura</w:t>
      </w:r>
      <w:proofErr w:type="spellEnd"/>
      <w:r>
        <w:rPr>
          <w:rFonts w:ascii="Calibri" w:hAnsi="Calibri"/>
          <w:i/>
          <w:color w:val="646464"/>
          <w:sz w:val="20"/>
        </w:rPr>
        <w:t xml:space="preserve"> </w:t>
      </w:r>
      <w:proofErr w:type="spellStart"/>
      <w:r>
        <w:rPr>
          <w:rFonts w:ascii="Calibri" w:hAnsi="Calibri"/>
          <w:i/>
          <w:color w:val="646464"/>
          <w:sz w:val="20"/>
        </w:rPr>
        <w:t>Mobilità</w:t>
      </w:r>
      <w:proofErr w:type="spellEnd"/>
      <w:r>
        <w:rPr>
          <w:rFonts w:ascii="Calibri" w:hAnsi="Calibri"/>
          <w:i/>
          <w:color w:val="646464"/>
          <w:sz w:val="20"/>
        </w:rPr>
        <w:t xml:space="preserve"> (Scuola </w:t>
      </w:r>
      <w:proofErr w:type="spellStart"/>
      <w:r>
        <w:rPr>
          <w:rFonts w:ascii="Calibri" w:hAnsi="Calibri"/>
          <w:i/>
          <w:color w:val="646464"/>
          <w:sz w:val="20"/>
        </w:rPr>
        <w:t>Secondaria</w:t>
      </w:r>
      <w:proofErr w:type="spellEnd"/>
      <w:r>
        <w:rPr>
          <w:rFonts w:ascii="Calibri" w:hAnsi="Calibri"/>
          <w:i/>
          <w:color w:val="646464"/>
          <w:sz w:val="20"/>
        </w:rPr>
        <w:t xml:space="preserve"> di Primo Grado</w:t>
      </w:r>
      <w:r w:rsidR="008F744F">
        <w:rPr>
          <w:rFonts w:ascii="Calibri" w:hAnsi="Calibri"/>
          <w:i/>
          <w:color w:val="646464"/>
          <w:sz w:val="20"/>
        </w:rPr>
        <w:t xml:space="preserve"> Cardinal Piazza</w:t>
      </w:r>
      <w:r>
        <w:rPr>
          <w:rFonts w:ascii="Calibri" w:hAnsi="Calibri"/>
          <w:i/>
          <w:color w:val="646464"/>
          <w:sz w:val="20"/>
        </w:rPr>
        <w:t>)</w:t>
      </w:r>
    </w:p>
    <w:tbl>
      <w:tblPr>
        <w:tblW w:w="0" w:type="auto"/>
        <w:jc w:val="center"/>
        <w:tblBorders>
          <w:top w:val="single" w:sz="4" w:space="0" w:color="CCCCCC"/>
          <w:bottom w:val="single" w:sz="8" w:space="0" w:color="003366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B843E0" w14:paraId="5D7C706E" w14:textId="77777777" w:rsidTr="00710A95">
        <w:trPr>
          <w:jc w:val="center"/>
        </w:trPr>
        <w:tc>
          <w:tcPr>
            <w:tcW w:w="2592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28771F" w14:textId="77777777" w:rsidR="00B843E0" w:rsidRDefault="00B843E0" w:rsidP="00710A95">
            <w:pPr>
              <w:spacing w:after="40"/>
            </w:pPr>
            <w:r>
              <w:rPr>
                <w:b/>
                <w:color w:val="003366"/>
                <w:sz w:val="19"/>
              </w:rPr>
              <w:t>09:30 - 14:00</w:t>
            </w:r>
          </w:p>
        </w:tc>
        <w:tc>
          <w:tcPr>
            <w:tcW w:w="6768" w:type="dxa"/>
            <w:shd w:val="clear" w:color="auto" w:fill="E6EEF4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6EA354" w14:textId="77777777" w:rsidR="00B843E0" w:rsidRDefault="00B843E0" w:rsidP="00710A95">
            <w:pPr>
              <w:spacing w:after="40"/>
            </w:pPr>
            <w:proofErr w:type="spellStart"/>
            <w:r>
              <w:rPr>
                <w:b/>
                <w:color w:val="003366"/>
                <w:sz w:val="19"/>
              </w:rPr>
              <w:t>Confronto</w:t>
            </w:r>
            <w:proofErr w:type="spellEnd"/>
            <w:r>
              <w:rPr>
                <w:b/>
                <w:color w:val="003366"/>
                <w:sz w:val="19"/>
              </w:rPr>
              <w:t xml:space="preserve"> </w:t>
            </w:r>
            <w:proofErr w:type="spellStart"/>
            <w:r>
              <w:rPr>
                <w:b/>
                <w:color w:val="003366"/>
                <w:sz w:val="19"/>
              </w:rPr>
              <w:t>Metodologico</w:t>
            </w:r>
            <w:proofErr w:type="spellEnd"/>
            <w:r>
              <w:rPr>
                <w:b/>
                <w:color w:val="003366"/>
                <w:sz w:val="19"/>
              </w:rPr>
              <w:t xml:space="preserve"> e </w:t>
            </w:r>
            <w:proofErr w:type="spellStart"/>
            <w:r>
              <w:rPr>
                <w:b/>
                <w:color w:val="003366"/>
                <w:sz w:val="19"/>
              </w:rPr>
              <w:t>Valutazione</w:t>
            </w:r>
            <w:proofErr w:type="spellEnd"/>
            <w:r>
              <w:rPr>
                <w:b/>
                <w:color w:val="003366"/>
                <w:sz w:val="19"/>
              </w:rPr>
              <w:t xml:space="preserve"> Finale</w:t>
            </w:r>
          </w:p>
        </w:tc>
      </w:tr>
      <w:tr w:rsidR="00B843E0" w14:paraId="4EDAF3C0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F21E88" w14:textId="77777777" w:rsidR="00B843E0" w:rsidRDefault="00B843E0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10:30 - 11:00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89F078" w14:textId="77777777" w:rsidR="00B843E0" w:rsidRDefault="00B843E0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Accoglienza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presso</w:t>
            </w:r>
            <w:proofErr w:type="spellEnd"/>
            <w:r>
              <w:rPr>
                <w:color w:val="333333"/>
                <w:sz w:val="18"/>
              </w:rPr>
              <w:t xml:space="preserve"> la Scuola </w:t>
            </w:r>
            <w:proofErr w:type="spellStart"/>
            <w:r>
              <w:rPr>
                <w:color w:val="333333"/>
                <w:sz w:val="18"/>
              </w:rPr>
              <w:t>Secondaria</w:t>
            </w:r>
            <w:proofErr w:type="spellEnd"/>
            <w:r>
              <w:rPr>
                <w:color w:val="333333"/>
                <w:sz w:val="18"/>
              </w:rPr>
              <w:t xml:space="preserve"> di Primo Grado.</w:t>
            </w:r>
            <w:r>
              <w:rPr>
                <w:color w:val="333333"/>
                <w:sz w:val="18"/>
              </w:rPr>
              <w:br/>
            </w:r>
            <w:proofErr w:type="spellStart"/>
            <w:r>
              <w:rPr>
                <w:color w:val="333333"/>
                <w:sz w:val="18"/>
              </w:rPr>
              <w:t>Cerimonia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consegna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dei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documenti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mobilità</w:t>
            </w:r>
            <w:proofErr w:type="spellEnd"/>
            <w:r>
              <w:rPr>
                <w:color w:val="333333"/>
                <w:sz w:val="18"/>
              </w:rPr>
              <w:t xml:space="preserve"> e degli </w:t>
            </w:r>
            <w:proofErr w:type="spellStart"/>
            <w:r>
              <w:rPr>
                <w:color w:val="333333"/>
                <w:sz w:val="18"/>
              </w:rPr>
              <w:t>attestati</w:t>
            </w:r>
            <w:proofErr w:type="spellEnd"/>
            <w:r>
              <w:rPr>
                <w:color w:val="333333"/>
                <w:sz w:val="18"/>
              </w:rPr>
              <w:t xml:space="preserve"> di </w:t>
            </w:r>
            <w:proofErr w:type="spellStart"/>
            <w:r>
              <w:rPr>
                <w:color w:val="333333"/>
                <w:sz w:val="18"/>
              </w:rPr>
              <w:t>partecipazione</w:t>
            </w:r>
            <w:proofErr w:type="spellEnd"/>
            <w:r>
              <w:rPr>
                <w:color w:val="333333"/>
                <w:sz w:val="18"/>
              </w:rPr>
              <w:t>.</w:t>
            </w:r>
          </w:p>
        </w:tc>
      </w:tr>
      <w:tr w:rsidR="00B843E0" w14:paraId="20D61EEB" w14:textId="77777777" w:rsidTr="00710A95">
        <w:trPr>
          <w:jc w:val="center"/>
        </w:trPr>
        <w:tc>
          <w:tcPr>
            <w:tcW w:w="2592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C5E384" w14:textId="77777777" w:rsidR="00B843E0" w:rsidRDefault="00B843E0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11:00 - 12:00</w:t>
            </w:r>
          </w:p>
        </w:tc>
        <w:tc>
          <w:tcPr>
            <w:tcW w:w="6768" w:type="dxa"/>
            <w:shd w:val="clear" w:color="auto" w:fill="FAFAFA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B625D5" w14:textId="1020A9CA" w:rsidR="00B843E0" w:rsidRDefault="00B843E0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musicale Finlandia e Italia: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didattica</w:t>
            </w:r>
            <w:proofErr w:type="spellEnd"/>
            <w:r>
              <w:rPr>
                <w:color w:val="333333"/>
                <w:sz w:val="18"/>
              </w:rPr>
              <w:t xml:space="preserve"> a </w:t>
            </w:r>
            <w:proofErr w:type="spellStart"/>
            <w:proofErr w:type="gramStart"/>
            <w:r>
              <w:rPr>
                <w:color w:val="333333"/>
                <w:sz w:val="18"/>
              </w:rPr>
              <w:t>confronto</w:t>
            </w:r>
            <w:proofErr w:type="spellEnd"/>
            <w:r>
              <w:rPr>
                <w:color w:val="333333"/>
                <w:sz w:val="18"/>
              </w:rPr>
              <w:t xml:space="preserve">  Classe</w:t>
            </w:r>
            <w:proofErr w:type="gramEnd"/>
            <w:r>
              <w:rPr>
                <w:color w:val="333333"/>
                <w:sz w:val="18"/>
              </w:rPr>
              <w:t xml:space="preserve"> I B (</w:t>
            </w:r>
            <w:proofErr w:type="spellStart"/>
            <w:r>
              <w:rPr>
                <w:color w:val="333333"/>
                <w:sz w:val="18"/>
              </w:rPr>
              <w:t>Indirizzo</w:t>
            </w:r>
            <w:proofErr w:type="spellEnd"/>
            <w:r>
              <w:rPr>
                <w:color w:val="333333"/>
                <w:sz w:val="18"/>
              </w:rPr>
              <w:t xml:space="preserve"> Musicale)</w:t>
            </w:r>
            <w:r w:rsidR="006C0D63">
              <w:rPr>
                <w:color w:val="333333"/>
                <w:sz w:val="18"/>
              </w:rPr>
              <w:t xml:space="preserve">. </w:t>
            </w:r>
            <w:proofErr w:type="spellStart"/>
            <w:r w:rsidR="006C0D63">
              <w:rPr>
                <w:color w:val="333333"/>
                <w:sz w:val="18"/>
              </w:rPr>
              <w:t>Strumenti</w:t>
            </w:r>
            <w:proofErr w:type="spellEnd"/>
            <w:r w:rsidR="006C0D63">
              <w:rPr>
                <w:color w:val="333333"/>
                <w:sz w:val="18"/>
              </w:rPr>
              <w:t xml:space="preserve"> e Body Percussion</w:t>
            </w:r>
          </w:p>
        </w:tc>
      </w:tr>
      <w:tr w:rsidR="00B843E0" w14:paraId="269D13EF" w14:textId="77777777" w:rsidTr="00710A95">
        <w:trPr>
          <w:jc w:val="center"/>
        </w:trPr>
        <w:tc>
          <w:tcPr>
            <w:tcW w:w="259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6CDC3D" w14:textId="77777777" w:rsidR="00B843E0" w:rsidRDefault="00B843E0" w:rsidP="00710A95">
            <w:pPr>
              <w:spacing w:after="40"/>
            </w:pPr>
            <w:r>
              <w:rPr>
                <w:b/>
                <w:color w:val="333333"/>
                <w:sz w:val="18"/>
              </w:rPr>
              <w:t>12:10 - 13:00</w:t>
            </w:r>
          </w:p>
        </w:tc>
        <w:tc>
          <w:tcPr>
            <w:tcW w:w="6768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2B79C4" w14:textId="5044917F" w:rsidR="006C0D63" w:rsidRDefault="00B843E0" w:rsidP="00710A95">
            <w:pPr>
              <w:spacing w:after="40"/>
              <w:rPr>
                <w:color w:val="333333"/>
                <w:sz w:val="18"/>
              </w:rPr>
            </w:pPr>
            <w:proofErr w:type="spellStart"/>
            <w:r>
              <w:rPr>
                <w:color w:val="333333"/>
                <w:sz w:val="18"/>
              </w:rPr>
              <w:t>Lezione</w:t>
            </w:r>
            <w:proofErr w:type="spellEnd"/>
            <w:r>
              <w:rPr>
                <w:color w:val="333333"/>
                <w:sz w:val="18"/>
              </w:rPr>
              <w:t xml:space="preserve"> musicale Finlandia e Italia: </w:t>
            </w:r>
            <w:proofErr w:type="spellStart"/>
            <w:r>
              <w:rPr>
                <w:color w:val="333333"/>
                <w:sz w:val="18"/>
              </w:rPr>
              <w:t>Metodologia</w:t>
            </w:r>
            <w:proofErr w:type="spellEnd"/>
            <w:r>
              <w:rPr>
                <w:color w:val="333333"/>
                <w:sz w:val="18"/>
              </w:rPr>
              <w:t xml:space="preserve"> </w:t>
            </w:r>
            <w:proofErr w:type="spellStart"/>
            <w:r>
              <w:rPr>
                <w:color w:val="333333"/>
                <w:sz w:val="18"/>
              </w:rPr>
              <w:t>didattica</w:t>
            </w:r>
            <w:proofErr w:type="spellEnd"/>
            <w:r>
              <w:rPr>
                <w:color w:val="333333"/>
                <w:sz w:val="18"/>
              </w:rPr>
              <w:t xml:space="preserve"> a </w:t>
            </w:r>
            <w:proofErr w:type="spellStart"/>
            <w:proofErr w:type="gramStart"/>
            <w:r>
              <w:rPr>
                <w:color w:val="333333"/>
                <w:sz w:val="18"/>
              </w:rPr>
              <w:t>confronto</w:t>
            </w:r>
            <w:proofErr w:type="spellEnd"/>
            <w:r>
              <w:rPr>
                <w:color w:val="333333"/>
                <w:sz w:val="18"/>
              </w:rPr>
              <w:t xml:space="preserve">  </w:t>
            </w:r>
            <w:r w:rsidR="006C0D63">
              <w:rPr>
                <w:color w:val="333333"/>
                <w:sz w:val="18"/>
              </w:rPr>
              <w:t>Classe</w:t>
            </w:r>
            <w:proofErr w:type="gramEnd"/>
            <w:r w:rsidR="006C0D63">
              <w:rPr>
                <w:color w:val="333333"/>
                <w:sz w:val="18"/>
              </w:rPr>
              <w:t xml:space="preserve"> I D</w:t>
            </w:r>
          </w:p>
          <w:p w14:paraId="5849E9D9" w14:textId="57FE425B" w:rsidR="00B843E0" w:rsidRDefault="006C0D63" w:rsidP="00710A95">
            <w:pPr>
              <w:spacing w:after="40"/>
            </w:pPr>
            <w:proofErr w:type="spellStart"/>
            <w:r>
              <w:rPr>
                <w:color w:val="333333"/>
                <w:sz w:val="18"/>
              </w:rPr>
              <w:t>Strumenti</w:t>
            </w:r>
            <w:proofErr w:type="spellEnd"/>
            <w:r>
              <w:rPr>
                <w:color w:val="333333"/>
                <w:sz w:val="18"/>
              </w:rPr>
              <w:t xml:space="preserve"> e Body Percussion. </w:t>
            </w:r>
          </w:p>
        </w:tc>
      </w:tr>
    </w:tbl>
    <w:p w14:paraId="1CF53BE1" w14:textId="77777777" w:rsidR="00B843E0" w:rsidRDefault="00B843E0" w:rsidP="003F22CD">
      <w:pPr>
        <w:rPr>
          <w:rFonts w:asciiTheme="minorHAnsi" w:hAnsiTheme="minorHAnsi"/>
          <w:b/>
          <w:color w:val="2980B9"/>
          <w:szCs w:val="21"/>
        </w:rPr>
      </w:pPr>
    </w:p>
    <w:sectPr w:rsidR="00B843E0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C8A5A" w14:textId="77777777" w:rsidR="00C72D5D" w:rsidRDefault="00C72D5D" w:rsidP="005E2285">
      <w:pPr>
        <w:spacing w:after="0" w:line="240" w:lineRule="auto"/>
      </w:pPr>
      <w:r>
        <w:separator/>
      </w:r>
    </w:p>
  </w:endnote>
  <w:endnote w:type="continuationSeparator" w:id="0">
    <w:p w14:paraId="6BA7294F" w14:textId="77777777" w:rsidR="00C72D5D" w:rsidRDefault="00C72D5D" w:rsidP="005E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8539340"/>
      <w:docPartObj>
        <w:docPartGallery w:val="Page Numbers (Bottom of Page)"/>
        <w:docPartUnique/>
      </w:docPartObj>
    </w:sdtPr>
    <w:sdtContent>
      <w:p w14:paraId="7848040F" w14:textId="0DD30781" w:rsidR="009C5451" w:rsidRDefault="009C5451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70A00C47" w14:textId="77777777" w:rsidR="009C5451" w:rsidRDefault="009C54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A9E6" w14:textId="77777777" w:rsidR="00C72D5D" w:rsidRDefault="00C72D5D" w:rsidP="005E2285">
      <w:pPr>
        <w:spacing w:after="0" w:line="240" w:lineRule="auto"/>
      </w:pPr>
      <w:r>
        <w:separator/>
      </w:r>
    </w:p>
  </w:footnote>
  <w:footnote w:type="continuationSeparator" w:id="0">
    <w:p w14:paraId="541F35BA" w14:textId="77777777" w:rsidR="00C72D5D" w:rsidRDefault="00C72D5D" w:rsidP="005E2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2340" w14:textId="6A31DFCA" w:rsidR="00E60E7B" w:rsidRPr="00017638" w:rsidRDefault="00DF1CC0" w:rsidP="00E60E7B">
    <w:pPr>
      <w:pStyle w:val="Intestazione"/>
      <w:rPr>
        <w:color w:val="auto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32480" behindDoc="0" locked="0" layoutInCell="1" allowOverlap="1" wp14:anchorId="478D71A4" wp14:editId="749AD181">
              <wp:simplePos x="0" y="0"/>
              <wp:positionH relativeFrom="column">
                <wp:posOffset>-457200</wp:posOffset>
              </wp:positionH>
              <wp:positionV relativeFrom="paragraph">
                <wp:posOffset>-30480</wp:posOffset>
              </wp:positionV>
              <wp:extent cx="7072630" cy="973455"/>
              <wp:effectExtent l="0" t="0" r="0" b="0"/>
              <wp:wrapTight wrapText="bothSides">
                <wp:wrapPolygon edited="0">
                  <wp:start x="175" y="0"/>
                  <wp:lineTo x="0" y="10568"/>
                  <wp:lineTo x="0" y="21135"/>
                  <wp:lineTo x="2094" y="21135"/>
                  <wp:lineTo x="2094" y="20290"/>
                  <wp:lineTo x="21526" y="18599"/>
                  <wp:lineTo x="21526" y="4650"/>
                  <wp:lineTo x="5352" y="0"/>
                  <wp:lineTo x="175" y="0"/>
                </wp:wrapPolygon>
              </wp:wrapTight>
              <wp:docPr id="1218359440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72630" cy="973455"/>
                        <a:chOff x="0" y="0"/>
                        <a:chExt cx="7072630" cy="973455"/>
                      </a:xfrm>
                    </wpg:grpSpPr>
                    <pic:pic xmlns:pic="http://schemas.openxmlformats.org/drawingml/2006/picture">
                      <pic:nvPicPr>
                        <pic:cNvPr id="1445897097" name="Immagine 1" descr="Immagine che contiene schizzo, disegno, cartone animato, illustrazione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80060"/>
                          <a:ext cx="670560" cy="493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1609484" name="Paveikslėlis 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9060" y="0"/>
                          <a:ext cx="1640840" cy="4114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71375647" name="Picture 2" descr="A flag of italy with red white and green stripes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74920" y="274320"/>
                          <a:ext cx="876300" cy="4648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15859298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916680" y="304800"/>
                          <a:ext cx="818515" cy="4572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8532325" name="Immagine 1" descr="Bandiera della Finlandia - Wikipedia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6080" y="228600"/>
                          <a:ext cx="83058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11082871" name="Immagine 1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6316980" y="228600"/>
                          <a:ext cx="755650" cy="617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B9097E" id="Gruppo 1" o:spid="_x0000_s1026" style="position:absolute;margin-left:-36pt;margin-top:-2.4pt;width:556.9pt;height:76.65pt;z-index:251732480" coordsize="70726,973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alt="Immagine che contiene schizzo, disegno, cartone animato, illustrazione&#10;&#10;Descrizione generata automaticamente" style="position:absolute;top:4800;width:6705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">
                <v:imagedata r:id="rId7" o:title="Immagine che contiene schizzo, disegno, cartone animato, illustrazione&#10;&#10;Descrizione generata automaticamente"/>
              </v:shape>
              <v:shape id="Paveikslėlis 4" o:spid="_x0000_s1028" type="#_x0000_t75" style="position:absolute;left:990;width:16409;height: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">
                <v:imagedata r:id="rId8" o:title=""/>
              </v:shape>
              <v:shape id="Picture 2" o:spid="_x0000_s1029" type="#_x0000_t75" alt="A flag of italy with red white and green stripes&#10;&#10;AI-generated content may be incorrect." style="position:absolute;left:50749;top:2743;width:8763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">
                <v:imagedata r:id="rId9" o:title="A flag of italy with red white and green stripes&#10;&#10;AI-generated content may be incorrect"/>
              </v:shape>
              <v:shape id="Immagine 1" o:spid="_x0000_s1030" type="#_x0000_t75" style="position:absolute;left:39166;top:3048;width:8185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">
                <v:imagedata r:id="rId10" o:title=""/>
              </v:shape>
              <v:shape id="Immagine 1" o:spid="_x0000_s1031" type="#_x0000_t75" alt="Bandiera della Finlandia - Wikipedia" style="position:absolute;left:29260;top:2286;width:8306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">
                <v:imagedata r:id="rId11" o:title="Bandiera della Finlandia - Wikipedia"/>
              </v:shape>
              <v:shape id="Immagine 1" o:spid="_x0000_s1032" type="#_x0000_t75" style="position:absolute;left:63169;top:2286;width:7557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">
                <v:imagedata r:id="rId12" o:title=""/>
              </v:shape>
              <w10:wrap type="tight"/>
            </v:group>
          </w:pict>
        </mc:Fallback>
      </mc:AlternateContent>
    </w:r>
    <w:r w:rsidR="005E2285">
      <w:t xml:space="preserve"> </w:t>
    </w:r>
    <w:r w:rsidR="00E60E7B" w:rsidRPr="00017638">
      <w:rPr>
        <w:rFonts w:asciiTheme="minorHAnsi" w:hAnsiTheme="minorHAnsi"/>
        <w:color w:val="auto"/>
        <w:sz w:val="24"/>
        <w:szCs w:val="24"/>
      </w:rPr>
      <w:t>2025-1-IT02-KA121-SCH-000320530</w:t>
    </w:r>
  </w:p>
  <w:p w14:paraId="78BBCFBF" w14:textId="77777777" w:rsidR="00E60E7B" w:rsidRDefault="00E60E7B">
    <w:pPr>
      <w:pStyle w:val="Intestazione"/>
      <w:rPr>
        <w:color w:val="auto"/>
        <w:sz w:val="16"/>
        <w:szCs w:val="16"/>
      </w:rPr>
    </w:pPr>
  </w:p>
  <w:p w14:paraId="078A0632" w14:textId="77777777" w:rsidR="00E60E7B" w:rsidRDefault="00E60E7B">
    <w:pPr>
      <w:pStyle w:val="Intestazione"/>
      <w:rPr>
        <w:color w:val="auto"/>
        <w:sz w:val="16"/>
        <w:szCs w:val="16"/>
      </w:rPr>
    </w:pPr>
  </w:p>
  <w:p w14:paraId="0B177196" w14:textId="581DBA89" w:rsidR="005E2285" w:rsidRDefault="005E2285">
    <w:pPr>
      <w:pStyle w:val="Intestazione"/>
    </w:pPr>
    <w:r w:rsidRPr="005E2285">
      <w:rPr>
        <w:color w:val="auto"/>
      </w:rP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A70883"/>
    <w:multiLevelType w:val="hybridMultilevel"/>
    <w:tmpl w:val="91C01354"/>
    <w:lvl w:ilvl="0" w:tplc="4F42162A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8B66F5"/>
    <w:multiLevelType w:val="hybridMultilevel"/>
    <w:tmpl w:val="FB545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ED158F"/>
    <w:multiLevelType w:val="hybridMultilevel"/>
    <w:tmpl w:val="E850EC2A"/>
    <w:lvl w:ilvl="0" w:tplc="6A3C0EFA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F6AC6"/>
    <w:multiLevelType w:val="hybridMultilevel"/>
    <w:tmpl w:val="AE3CDC32"/>
    <w:lvl w:ilvl="0" w:tplc="F9DE6400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444224">
    <w:abstractNumId w:val="8"/>
  </w:num>
  <w:num w:numId="2" w16cid:durableId="384836798">
    <w:abstractNumId w:val="6"/>
  </w:num>
  <w:num w:numId="3" w16cid:durableId="2000690896">
    <w:abstractNumId w:val="5"/>
  </w:num>
  <w:num w:numId="4" w16cid:durableId="205721447">
    <w:abstractNumId w:val="4"/>
  </w:num>
  <w:num w:numId="5" w16cid:durableId="103503375">
    <w:abstractNumId w:val="7"/>
  </w:num>
  <w:num w:numId="6" w16cid:durableId="1403873705">
    <w:abstractNumId w:val="3"/>
  </w:num>
  <w:num w:numId="7" w16cid:durableId="1516308069">
    <w:abstractNumId w:val="2"/>
  </w:num>
  <w:num w:numId="8" w16cid:durableId="1455322824">
    <w:abstractNumId w:val="1"/>
  </w:num>
  <w:num w:numId="9" w16cid:durableId="350229310">
    <w:abstractNumId w:val="0"/>
  </w:num>
  <w:num w:numId="10" w16cid:durableId="127940995">
    <w:abstractNumId w:val="10"/>
  </w:num>
  <w:num w:numId="11" w16cid:durableId="535655366">
    <w:abstractNumId w:val="11"/>
  </w:num>
  <w:num w:numId="12" w16cid:durableId="957178757">
    <w:abstractNumId w:val="9"/>
  </w:num>
  <w:num w:numId="13" w16cid:durableId="6144054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638"/>
    <w:rsid w:val="00034616"/>
    <w:rsid w:val="0006063C"/>
    <w:rsid w:val="00120B70"/>
    <w:rsid w:val="0015074B"/>
    <w:rsid w:val="00201F03"/>
    <w:rsid w:val="00226872"/>
    <w:rsid w:val="002538EF"/>
    <w:rsid w:val="0029639D"/>
    <w:rsid w:val="002A309B"/>
    <w:rsid w:val="002E77FC"/>
    <w:rsid w:val="00326F90"/>
    <w:rsid w:val="00362595"/>
    <w:rsid w:val="00376346"/>
    <w:rsid w:val="003F22CD"/>
    <w:rsid w:val="00407F8E"/>
    <w:rsid w:val="0042599D"/>
    <w:rsid w:val="0049290D"/>
    <w:rsid w:val="0057350A"/>
    <w:rsid w:val="005A0BC8"/>
    <w:rsid w:val="005A0C01"/>
    <w:rsid w:val="005E2285"/>
    <w:rsid w:val="00696211"/>
    <w:rsid w:val="00696774"/>
    <w:rsid w:val="006C0D63"/>
    <w:rsid w:val="006D2502"/>
    <w:rsid w:val="00706B0D"/>
    <w:rsid w:val="00752F03"/>
    <w:rsid w:val="00760169"/>
    <w:rsid w:val="007B2369"/>
    <w:rsid w:val="007C2459"/>
    <w:rsid w:val="0081120E"/>
    <w:rsid w:val="008F744F"/>
    <w:rsid w:val="009B5687"/>
    <w:rsid w:val="009C5451"/>
    <w:rsid w:val="009F73AB"/>
    <w:rsid w:val="00A12FBA"/>
    <w:rsid w:val="00A45842"/>
    <w:rsid w:val="00A57BC6"/>
    <w:rsid w:val="00A67566"/>
    <w:rsid w:val="00AA1D8D"/>
    <w:rsid w:val="00B47730"/>
    <w:rsid w:val="00B843E0"/>
    <w:rsid w:val="00C27510"/>
    <w:rsid w:val="00C72D5D"/>
    <w:rsid w:val="00CB0664"/>
    <w:rsid w:val="00CF329E"/>
    <w:rsid w:val="00D83329"/>
    <w:rsid w:val="00DD7C48"/>
    <w:rsid w:val="00DF1CC0"/>
    <w:rsid w:val="00E07147"/>
    <w:rsid w:val="00E60E7B"/>
    <w:rsid w:val="00E61EE0"/>
    <w:rsid w:val="00F872EC"/>
    <w:rsid w:val="00FA61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F3298B"/>
  <w14:defaultImageDpi w14:val="300"/>
  <w15:docId w15:val="{FABFAB9E-811A-411D-9DB9-A64274CA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2D3748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A365D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e1">
    <w:name w:val="Normale1"/>
    <w:basedOn w:val="Normale"/>
    <w:rPr>
      <w:rFonts w:cs="Arial"/>
      <w:kern w:val="2"/>
      <w:szCs w:val="21"/>
      <w:lang w:val="it-IT"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Rita Fioravanti</cp:lastModifiedBy>
  <cp:revision>8</cp:revision>
  <cp:lastPrinted>2026-11-03T11:42:00Z</cp:lastPrinted>
  <dcterms:created xsi:type="dcterms:W3CDTF">2026-10-29T17:02:00Z</dcterms:created>
  <dcterms:modified xsi:type="dcterms:W3CDTF">2026-11-03T11:42:00Z</dcterms:modified>
  <cp:category/>
</cp:coreProperties>
</file>